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30C9" w14:textId="77777777" w:rsidR="00AB3767" w:rsidRDefault="00BE4018">
      <w:pPr>
        <w:keepLines/>
        <w:spacing w:after="80"/>
        <w:jc w:val="center"/>
      </w:pPr>
      <w:r>
        <w:rPr>
          <w:noProof/>
        </w:rPr>
        <w:drawing>
          <wp:inline distT="0" distB="0" distL="0" distR="0" wp14:anchorId="2026C926" wp14:editId="0AFF71DA">
            <wp:extent cx="2057400" cy="205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Лого BORODINA DANCE COMPETITION - 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3FCD" w14:textId="77777777" w:rsidR="00AB3767" w:rsidRPr="00090121" w:rsidRDefault="00BE4018">
      <w:pPr>
        <w:keepLines/>
        <w:spacing w:before="40" w:after="40"/>
        <w:jc w:val="center"/>
        <w:rPr>
          <w:lang w:val="ru-RU"/>
        </w:rPr>
      </w:pPr>
      <w:r w:rsidRPr="00090121">
        <w:rPr>
          <w:b/>
          <w:color w:val="101D4A"/>
          <w:sz w:val="44"/>
          <w:lang w:val="ru-RU"/>
        </w:rPr>
        <w:t>ПОЛОЖЕНИЕ</w:t>
      </w:r>
    </w:p>
    <w:p w14:paraId="24985878" w14:textId="77777777" w:rsidR="00AB3767" w:rsidRPr="00090121" w:rsidRDefault="00BE4018">
      <w:pPr>
        <w:keepLines/>
        <w:spacing w:after="60"/>
        <w:jc w:val="center"/>
        <w:rPr>
          <w:lang w:val="ru-RU"/>
        </w:rPr>
      </w:pPr>
      <w:r w:rsidRPr="00090121">
        <w:rPr>
          <w:b/>
          <w:color w:val="EF3340"/>
          <w:sz w:val="30"/>
          <w:lang w:val="ru-RU"/>
        </w:rPr>
        <w:t>100-го Международного многожанрового конкурса</w:t>
      </w:r>
    </w:p>
    <w:p w14:paraId="0386AF2F" w14:textId="77777777" w:rsidR="00AB3767" w:rsidRPr="00090121" w:rsidRDefault="00BE4018">
      <w:pPr>
        <w:keepLines/>
        <w:spacing w:after="200"/>
        <w:jc w:val="center"/>
        <w:rPr>
          <w:lang w:val="ru-RU"/>
        </w:rPr>
      </w:pPr>
      <w:r w:rsidRPr="00090121">
        <w:rPr>
          <w:b/>
          <w:color w:val="101D4A"/>
          <w:sz w:val="28"/>
          <w:lang w:val="ru-RU"/>
        </w:rPr>
        <w:t>«</w:t>
      </w:r>
      <w:r>
        <w:rPr>
          <w:b/>
          <w:color w:val="101D4A"/>
          <w:sz w:val="28"/>
        </w:rPr>
        <w:t>BEAUTY</w:t>
      </w:r>
      <w:r w:rsidRPr="00090121">
        <w:rPr>
          <w:b/>
          <w:color w:val="101D4A"/>
          <w:sz w:val="28"/>
          <w:lang w:val="ru-RU"/>
        </w:rPr>
        <w:t xml:space="preserve"> </w:t>
      </w:r>
      <w:r>
        <w:rPr>
          <w:b/>
          <w:color w:val="101D4A"/>
          <w:sz w:val="28"/>
        </w:rPr>
        <w:t>MADE</w:t>
      </w:r>
      <w:r w:rsidRPr="00090121">
        <w:rPr>
          <w:b/>
          <w:color w:val="101D4A"/>
          <w:sz w:val="28"/>
          <w:lang w:val="ru-RU"/>
        </w:rPr>
        <w:t xml:space="preserve"> </w:t>
      </w:r>
      <w:r>
        <w:rPr>
          <w:b/>
          <w:color w:val="101D4A"/>
          <w:sz w:val="28"/>
        </w:rPr>
        <w:t>BORODINA</w:t>
      </w:r>
      <w:r w:rsidRPr="00090121">
        <w:rPr>
          <w:b/>
          <w:color w:val="101D4A"/>
          <w:sz w:val="28"/>
          <w:lang w:val="ru-RU"/>
        </w:rPr>
        <w:t xml:space="preserve"> </w:t>
      </w:r>
      <w:r>
        <w:rPr>
          <w:b/>
          <w:color w:val="101D4A"/>
          <w:sz w:val="28"/>
        </w:rPr>
        <w:t>DANCE</w:t>
      </w:r>
      <w:r w:rsidRPr="00090121">
        <w:rPr>
          <w:b/>
          <w:color w:val="101D4A"/>
          <w:sz w:val="28"/>
          <w:lang w:val="ru-RU"/>
        </w:rPr>
        <w:t xml:space="preserve"> </w:t>
      </w:r>
      <w:r>
        <w:rPr>
          <w:b/>
          <w:color w:val="101D4A"/>
          <w:sz w:val="28"/>
        </w:rPr>
        <w:t>COMPETITION</w:t>
      </w:r>
      <w:r w:rsidRPr="00090121">
        <w:rPr>
          <w:b/>
          <w:color w:val="101D4A"/>
          <w:sz w:val="28"/>
          <w:lang w:val="ru-RU"/>
        </w:rPr>
        <w:t>»</w:t>
      </w:r>
    </w:p>
    <w:tbl>
      <w:tblPr>
        <w:tblStyle w:val="aff0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B3767" w14:paraId="366AF00A" w14:textId="77777777">
        <w:trPr>
          <w:cantSplit/>
        </w:trPr>
        <w:tc>
          <w:tcPr>
            <w:tcW w:w="3120" w:type="dxa"/>
            <w:shd w:val="clear" w:color="auto" w:fill="00A3E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FB5931" w14:textId="77777777" w:rsidR="00AB3767" w:rsidRDefault="00BE4018">
            <w:pPr>
              <w:jc w:val="center"/>
            </w:pPr>
            <w:r>
              <w:rPr>
                <w:b/>
                <w:color w:val="FFFFFF"/>
                <w:sz w:val="19"/>
              </w:rPr>
              <w:t>ДАТА</w:t>
            </w:r>
          </w:p>
        </w:tc>
        <w:tc>
          <w:tcPr>
            <w:tcW w:w="3120" w:type="dxa"/>
            <w:shd w:val="clear" w:color="auto" w:fill="EF334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59992B5" w14:textId="77777777" w:rsidR="00AB3767" w:rsidRDefault="00BE4018">
            <w:pPr>
              <w:jc w:val="center"/>
            </w:pPr>
            <w:r>
              <w:rPr>
                <w:b/>
                <w:color w:val="FFFFFF"/>
                <w:sz w:val="19"/>
              </w:rPr>
              <w:t>МЕСТО</w:t>
            </w:r>
          </w:p>
        </w:tc>
        <w:tc>
          <w:tcPr>
            <w:tcW w:w="3120" w:type="dxa"/>
            <w:shd w:val="clear" w:color="auto" w:fill="00A65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9DDE6F" w14:textId="77777777" w:rsidR="00AB3767" w:rsidRDefault="00BE4018">
            <w:pPr>
              <w:jc w:val="center"/>
            </w:pPr>
            <w:r>
              <w:rPr>
                <w:b/>
                <w:color w:val="FFFFFF"/>
                <w:sz w:val="19"/>
              </w:rPr>
              <w:t>ЗАЯВКИ</w:t>
            </w:r>
          </w:p>
        </w:tc>
      </w:tr>
      <w:tr w:rsidR="00AB3767" w14:paraId="20774722" w14:textId="77777777">
        <w:trPr>
          <w:cantSplit/>
        </w:trPr>
        <w:tc>
          <w:tcPr>
            <w:tcW w:w="312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F876D73" w14:textId="77777777" w:rsidR="00AB3767" w:rsidRDefault="00BE4018">
            <w:pPr>
              <w:jc w:val="center"/>
            </w:pPr>
            <w:r>
              <w:rPr>
                <w:b/>
                <w:color w:val="101D4A"/>
              </w:rPr>
              <w:t>3 октября 2026</w:t>
            </w:r>
          </w:p>
        </w:tc>
        <w:tc>
          <w:tcPr>
            <w:tcW w:w="312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7EA8FF" w14:textId="77777777" w:rsidR="00AB3767" w:rsidRDefault="00BE4018">
            <w:pPr>
              <w:jc w:val="center"/>
            </w:pPr>
            <w:r>
              <w:rPr>
                <w:b/>
                <w:color w:val="101D4A"/>
              </w:rPr>
              <w:t>Баку, Азербайджан</w:t>
            </w:r>
          </w:p>
        </w:tc>
        <w:tc>
          <w:tcPr>
            <w:tcW w:w="312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261EC6" w14:textId="77777777" w:rsidR="00AB3767" w:rsidRDefault="00BE4018">
            <w:pPr>
              <w:jc w:val="center"/>
            </w:pPr>
            <w:r>
              <w:rPr>
                <w:b/>
                <w:color w:val="101D4A"/>
              </w:rPr>
              <w:t>до 23 сентября</w:t>
            </w:r>
          </w:p>
        </w:tc>
      </w:tr>
    </w:tbl>
    <w:p w14:paraId="1AF0957B" w14:textId="77777777" w:rsidR="00AB3767" w:rsidRPr="00090121" w:rsidRDefault="00BE4018">
      <w:pPr>
        <w:pStyle w:val="Lead"/>
        <w:keepLines/>
        <w:spacing w:before="200"/>
        <w:jc w:val="center"/>
        <w:rPr>
          <w:lang w:val="ru-RU"/>
        </w:rPr>
      </w:pPr>
      <w:r w:rsidRPr="00090121">
        <w:rPr>
          <w:lang w:val="ru-RU"/>
        </w:rPr>
        <w:t>Честное жюри. Объективная оценка. Заслуженный результат.</w:t>
      </w:r>
    </w:p>
    <w:p w14:paraId="1AA35705" w14:textId="77777777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t>О конкурсе</w:t>
      </w:r>
    </w:p>
    <w:p w14:paraId="074E0B4C" w14:textId="77777777" w:rsidR="00AB3767" w:rsidRPr="00090121" w:rsidRDefault="00BE4018">
      <w:pPr>
        <w:keepLines/>
        <w:rPr>
          <w:lang w:val="ru-RU"/>
        </w:rPr>
      </w:pPr>
      <w:r>
        <w:t>Beauty</w:t>
      </w:r>
      <w:r w:rsidRPr="00090121">
        <w:rPr>
          <w:lang w:val="ru-RU"/>
        </w:rPr>
        <w:t xml:space="preserve"> </w:t>
      </w:r>
      <w:r>
        <w:t>Made</w:t>
      </w:r>
      <w:r w:rsidRPr="00090121">
        <w:rPr>
          <w:lang w:val="ru-RU"/>
        </w:rPr>
        <w:t xml:space="preserve"> </w:t>
      </w:r>
      <w:r>
        <w:t>Borodina</w:t>
      </w:r>
      <w:r w:rsidRPr="00090121">
        <w:rPr>
          <w:lang w:val="ru-RU"/>
        </w:rPr>
        <w:t xml:space="preserve"> </w:t>
      </w:r>
      <w:r>
        <w:t>Dance</w:t>
      </w:r>
      <w:r w:rsidRPr="00090121">
        <w:rPr>
          <w:lang w:val="ru-RU"/>
        </w:rPr>
        <w:t xml:space="preserve"> </w:t>
      </w:r>
      <w:r>
        <w:t>Competition</w:t>
      </w:r>
      <w:r w:rsidRPr="00090121">
        <w:rPr>
          <w:lang w:val="ru-RU"/>
        </w:rPr>
        <w:t xml:space="preserve"> — современный международный многожанровый конкурс с доступными и понятными условиями участия. Конкурс объединяет хореографию, вокал, инструментальное исполнительство, театральное, изобразительное и декоративно-прикладное искусство, а также другие творческие направления.</w:t>
      </w:r>
    </w:p>
    <w:p w14:paraId="58142A17" w14:textId="77777777" w:rsidR="00AB3767" w:rsidRDefault="00BE4018">
      <w:pPr>
        <w:pStyle w:val="a0"/>
        <w:keepLines/>
      </w:pPr>
      <w:r>
        <w:t>Каждый участник получает награду</w:t>
      </w:r>
    </w:p>
    <w:p w14:paraId="189F9923" w14:textId="77777777" w:rsidR="00AB3767" w:rsidRDefault="00BE4018">
      <w:pPr>
        <w:pStyle w:val="a0"/>
        <w:keepLines/>
      </w:pPr>
      <w:r>
        <w:t>Кубки, медали и именные дипломы</w:t>
      </w:r>
    </w:p>
    <w:p w14:paraId="3DC292F4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Профессиональная сцена и высокий уровень организации</w:t>
      </w:r>
    </w:p>
    <w:p w14:paraId="6C8C802B" w14:textId="77777777" w:rsidR="00AB3767" w:rsidRDefault="00BE4018">
      <w:pPr>
        <w:pStyle w:val="a0"/>
        <w:keepLines/>
      </w:pPr>
      <w:r>
        <w:t>Честное и объективное жюри</w:t>
      </w:r>
    </w:p>
    <w:p w14:paraId="651DD02E" w14:textId="77777777" w:rsidR="00AB3767" w:rsidRDefault="00BE4018">
      <w:pPr>
        <w:pStyle w:val="a0"/>
        <w:keepLines/>
      </w:pPr>
      <w:r>
        <w:t>Равные условия для всех участников</w:t>
      </w:r>
    </w:p>
    <w:p w14:paraId="43C8578B" w14:textId="77777777" w:rsidR="00AB3767" w:rsidRDefault="00BE4018">
      <w:pPr>
        <w:pStyle w:val="1"/>
      </w:pPr>
      <w:r>
        <w:t>Дата, место и приём заявок</w:t>
      </w:r>
    </w:p>
    <w:p w14:paraId="77D3395F" w14:textId="77777777" w:rsidR="00AB3767" w:rsidRDefault="00BE4018">
      <w:pPr>
        <w:keepLines/>
      </w:pPr>
      <w:r>
        <w:rPr>
          <w:b/>
        </w:rPr>
        <w:t>Дата:</w:t>
      </w:r>
      <w:r>
        <w:t xml:space="preserve"> 3 октября 2026 года.</w:t>
      </w:r>
    </w:p>
    <w:p w14:paraId="7D4CF575" w14:textId="77777777" w:rsidR="00AB3767" w:rsidRPr="00090121" w:rsidRDefault="00BE4018">
      <w:pPr>
        <w:keepLines/>
        <w:rPr>
          <w:lang w:val="ru-RU"/>
        </w:rPr>
      </w:pPr>
      <w:r w:rsidRPr="00090121">
        <w:rPr>
          <w:b/>
          <w:lang w:val="ru-RU"/>
        </w:rPr>
        <w:t>Место:</w:t>
      </w:r>
      <w:r w:rsidRPr="00090121">
        <w:rPr>
          <w:lang w:val="ru-RU"/>
        </w:rPr>
        <w:t xml:space="preserve"> г. Баку, Азербайджан. Точный адрес конкурсной площадки будет сообщён зарегистрированным участникам дополнительно.</w:t>
      </w:r>
    </w:p>
    <w:p w14:paraId="0C7184C4" w14:textId="77777777" w:rsidR="00AB3767" w:rsidRPr="00090121" w:rsidRDefault="00BE4018">
      <w:pPr>
        <w:keepLines/>
        <w:rPr>
          <w:lang w:val="ru-RU"/>
        </w:rPr>
      </w:pPr>
      <w:r w:rsidRPr="00090121">
        <w:rPr>
          <w:b/>
          <w:lang w:val="ru-RU"/>
        </w:rPr>
        <w:t>Заявки принимаются до 23 сентября 2026 года включительно.</w:t>
      </w:r>
    </w:p>
    <w:p w14:paraId="79FEFF08" w14:textId="21B0F2E0" w:rsidR="00AB3767" w:rsidRDefault="00BE4018">
      <w:pPr>
        <w:keepLines/>
        <w:rPr>
          <w:lang w:val="ru-RU"/>
        </w:rPr>
      </w:pPr>
      <w:r w:rsidRPr="00090121">
        <w:rPr>
          <w:lang w:val="ru-RU"/>
        </w:rPr>
        <w:t xml:space="preserve">Регистрация осуществляется строго на официальном сайте: </w:t>
      </w:r>
      <w:hyperlink r:id="rId9" w:history="1">
        <w:r w:rsidR="00F032B4" w:rsidRPr="00A21B04">
          <w:rPr>
            <w:rStyle w:val="aff8"/>
          </w:rPr>
          <w:t>https</w:t>
        </w:r>
        <w:r w:rsidR="00F032B4" w:rsidRPr="00A21B04">
          <w:rPr>
            <w:rStyle w:val="aff8"/>
            <w:lang w:val="ru-RU"/>
          </w:rPr>
          <w:t>://</w:t>
        </w:r>
        <w:r w:rsidR="00F032B4" w:rsidRPr="00A21B04">
          <w:rPr>
            <w:rStyle w:val="aff8"/>
          </w:rPr>
          <w:t>beauty</w:t>
        </w:r>
        <w:r w:rsidR="00F032B4" w:rsidRPr="00A21B04">
          <w:rPr>
            <w:rStyle w:val="aff8"/>
            <w:lang w:val="ru-RU"/>
          </w:rPr>
          <w:t>-</w:t>
        </w:r>
        <w:r w:rsidR="00F032B4" w:rsidRPr="00A21B04">
          <w:rPr>
            <w:rStyle w:val="aff8"/>
          </w:rPr>
          <w:t>made</w:t>
        </w:r>
        <w:r w:rsidR="00F032B4" w:rsidRPr="00A21B04">
          <w:rPr>
            <w:rStyle w:val="aff8"/>
            <w:lang w:val="ru-RU"/>
          </w:rPr>
          <w:t>.</w:t>
        </w:r>
        <w:r w:rsidR="00F032B4" w:rsidRPr="00A21B04">
          <w:rPr>
            <w:rStyle w:val="aff8"/>
          </w:rPr>
          <w:t>artpro</w:t>
        </w:r>
        <w:r w:rsidR="00F032B4" w:rsidRPr="00A21B04">
          <w:rPr>
            <w:rStyle w:val="aff8"/>
            <w:lang w:val="ru-RU"/>
          </w:rPr>
          <w:t>.</w:t>
        </w:r>
        <w:r w:rsidR="00F032B4" w:rsidRPr="00A21B04">
          <w:rPr>
            <w:rStyle w:val="aff8"/>
          </w:rPr>
          <w:t>art</w:t>
        </w:r>
        <w:r w:rsidR="00F032B4" w:rsidRPr="00A21B04">
          <w:rPr>
            <w:rStyle w:val="aff8"/>
            <w:lang w:val="ru-RU"/>
          </w:rPr>
          <w:t>/</w:t>
        </w:r>
      </w:hyperlink>
    </w:p>
    <w:tbl>
      <w:tblPr>
        <w:tblStyle w:val="aff0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7200"/>
        <w:gridCol w:w="2160"/>
      </w:tblGrid>
      <w:tr w:rsidR="00F032B4" w:rsidRPr="00090121" w14:paraId="1CC0A926" w14:textId="77777777" w:rsidTr="00737F47">
        <w:trPr>
          <w:cantSplit/>
        </w:trPr>
        <w:tc>
          <w:tcPr>
            <w:tcW w:w="7200" w:type="dxa"/>
            <w:shd w:val="clear" w:color="auto" w:fill="FFF6D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ED520B" w14:textId="77777777" w:rsidR="00F032B4" w:rsidRPr="00090121" w:rsidRDefault="00F032B4" w:rsidP="00737F47">
            <w:pPr>
              <w:rPr>
                <w:lang w:val="ru-RU"/>
              </w:rPr>
            </w:pPr>
            <w:r w:rsidRPr="00090121">
              <w:rPr>
                <w:b/>
                <w:color w:val="101D4A"/>
                <w:lang w:val="ru-RU"/>
              </w:rPr>
              <w:t>Важно</w:t>
            </w:r>
            <w:r w:rsidRPr="00090121">
              <w:rPr>
                <w:b/>
                <w:color w:val="101D4A"/>
                <w:lang w:val="ru-RU"/>
              </w:rPr>
              <w:br/>
            </w:r>
            <w:r w:rsidRPr="00090121">
              <w:rPr>
                <w:lang w:val="ru-RU"/>
              </w:rPr>
              <w:t>Внимательно проверяйте данные в заявке: они автоматически переносятся в дипломы. После 20 мая 2027 года изменения могут не приниматься, так как наградная продукция изготавливается заранее.</w:t>
            </w:r>
          </w:p>
        </w:tc>
        <w:tc>
          <w:tcPr>
            <w:tcW w:w="2160" w:type="dxa"/>
            <w:shd w:val="clear" w:color="auto" w:fill="FFF6D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71463E" w14:textId="77777777" w:rsidR="00F032B4" w:rsidRDefault="00F032B4" w:rsidP="00737F47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2625D30D" wp14:editId="141E4EB3">
                  <wp:extent cx="987552" cy="987552"/>
                  <wp:effectExtent l="0" t="0" r="0" b="0"/>
                  <wp:docPr id="2" name="Picture 2" descr="QR-код для подачи заявки на Beauty Made Borodina Dance Competition" title="QR-код для регистр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kod-registraciya(1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52" cy="987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A06E9F" w14:textId="77777777" w:rsidR="00F032B4" w:rsidRDefault="00F032B4" w:rsidP="00737F47">
            <w:pPr>
              <w:spacing w:after="0"/>
              <w:jc w:val="center"/>
            </w:pPr>
            <w:r>
              <w:rPr>
                <w:b/>
                <w:sz w:val="15"/>
              </w:rPr>
              <w:t>СКАНИРУЙТЕ</w:t>
            </w:r>
            <w:r>
              <w:rPr>
                <w:b/>
                <w:sz w:val="15"/>
              </w:rPr>
              <w:br/>
              <w:t>ДЛЯ РЕГИСТРАЦИИ</w:t>
            </w:r>
          </w:p>
        </w:tc>
      </w:tr>
    </w:tbl>
    <w:p w14:paraId="07134DF6" w14:textId="77777777" w:rsidR="00F032B4" w:rsidRPr="00090121" w:rsidRDefault="00F032B4">
      <w:pPr>
        <w:keepLines/>
        <w:rPr>
          <w:lang w:val="ru-RU"/>
        </w:rPr>
      </w:pPr>
    </w:p>
    <w:p w14:paraId="4E625851" w14:textId="1FC74C2C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t>Призовой фонд — 1 000 манат</w:t>
      </w:r>
    </w:p>
    <w:p w14:paraId="2DE2F51E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Общий призовой фонд конкурса составляет 1 000 манат и предусмотрен для обладателей звания «Супер Гран-при».</w:t>
      </w:r>
    </w:p>
    <w:p w14:paraId="76E243A1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Конкурс проводится в несколько блоков. Обладатели звания «Супер Гран-при» в любом блоке, претендующие на денежное вознаграждение, должны дождаться завершения всей конкурсной программы.</w:t>
      </w:r>
    </w:p>
    <w:p w14:paraId="61497F7B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Решение о присуждении, размере и распределении денежного приза принимается исключительно жюри после окончания последнего блока.</w:t>
      </w:r>
    </w:p>
    <w:p w14:paraId="5BAC8599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При присуждении нескольких «Супер Гран-при» жюри вправе разделить фонд между обладателями независимо от номинации и жанра.</w:t>
      </w:r>
    </w:p>
    <w:p w14:paraId="048E185A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Присуждение звания «Супер Гран-при» не гарантирует денежную выплату.</w:t>
      </w:r>
    </w:p>
    <w:p w14:paraId="5A48D909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Призовой фонд рассматривается жюри при участии в конкурсе более 40 конкурсных номеров.</w:t>
      </w:r>
    </w:p>
    <w:p w14:paraId="37BB0BC8" w14:textId="77777777" w:rsidR="00AB3767" w:rsidRDefault="00BE4018">
      <w:pPr>
        <w:pStyle w:val="1"/>
      </w:pPr>
      <w:r>
        <w:t>Номинации и жанры</w:t>
      </w:r>
    </w:p>
    <w:tbl>
      <w:tblPr>
        <w:tblStyle w:val="aff0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AB3767" w14:paraId="2BD99E16" w14:textId="77777777">
        <w:trPr>
          <w:cantSplit/>
          <w:tblHeader/>
        </w:trPr>
        <w:tc>
          <w:tcPr>
            <w:tcW w:w="2600" w:type="dxa"/>
            <w:shd w:val="clear" w:color="auto" w:fill="101D4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BFC582" w14:textId="77777777" w:rsidR="00AB3767" w:rsidRDefault="00BE4018">
            <w:r>
              <w:rPr>
                <w:b/>
                <w:color w:val="FFFFFF"/>
                <w:sz w:val="20"/>
              </w:rPr>
              <w:t>Направление</w:t>
            </w:r>
          </w:p>
        </w:tc>
        <w:tc>
          <w:tcPr>
            <w:tcW w:w="6760" w:type="dxa"/>
            <w:shd w:val="clear" w:color="auto" w:fill="101D4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08DB80" w14:textId="77777777" w:rsidR="00AB3767" w:rsidRDefault="00BE4018">
            <w:r>
              <w:rPr>
                <w:b/>
                <w:color w:val="FFFFFF"/>
                <w:sz w:val="20"/>
              </w:rPr>
              <w:t>Номинации и жанры</w:t>
            </w:r>
          </w:p>
        </w:tc>
      </w:tr>
      <w:tr w:rsidR="00AB3767" w14:paraId="29325A8D" w14:textId="77777777">
        <w:trPr>
          <w:cantSplit/>
        </w:trPr>
        <w:tc>
          <w:tcPr>
            <w:tcW w:w="26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926AA3" w14:textId="77777777" w:rsidR="00AB3767" w:rsidRDefault="00BE4018">
            <w:r>
              <w:rPr>
                <w:b/>
                <w:color w:val="101D4A"/>
                <w:sz w:val="19"/>
              </w:rPr>
              <w:t>Хореография</w:t>
            </w:r>
          </w:p>
        </w:tc>
        <w:tc>
          <w:tcPr>
            <w:tcW w:w="67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11D558" w14:textId="77777777" w:rsidR="00AB3767" w:rsidRDefault="00BE4018">
            <w:r>
              <w:rPr>
                <w:sz w:val="18"/>
              </w:rPr>
              <w:t>Классический, народный, народно-стилизованный, эстрадный, современный, Contemporary, Modern, Jazz Modern, эстрадно-спортивный, Hip-Hop, Jazz Funk, Dancehall, Break Dance, бальный, восточный, кавказский, национальный, детский танец, театр танца, танцевальное шоу, смешанная и другая хореография.</w:t>
            </w:r>
          </w:p>
        </w:tc>
      </w:tr>
      <w:tr w:rsidR="00AB3767" w:rsidRPr="008460AB" w14:paraId="78880DA4" w14:textId="77777777">
        <w:trPr>
          <w:cantSplit/>
        </w:trPr>
        <w:tc>
          <w:tcPr>
            <w:tcW w:w="26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C894F0" w14:textId="77777777" w:rsidR="00AB3767" w:rsidRDefault="00BE4018">
            <w:r>
              <w:rPr>
                <w:b/>
                <w:color w:val="101D4A"/>
                <w:sz w:val="19"/>
              </w:rPr>
              <w:t>Вокал</w:t>
            </w:r>
          </w:p>
        </w:tc>
        <w:tc>
          <w:tcPr>
            <w:tcW w:w="67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067A21" w14:textId="77777777" w:rsidR="00AB3767" w:rsidRPr="00090121" w:rsidRDefault="00BE4018">
            <w:pPr>
              <w:rPr>
                <w:lang w:val="ru-RU"/>
              </w:rPr>
            </w:pPr>
            <w:r w:rsidRPr="00090121">
              <w:rPr>
                <w:sz w:val="18"/>
                <w:lang w:val="ru-RU"/>
              </w:rPr>
              <w:t>Эстрадный, народный, академический, джазовый, патриотическая и авторская песня, песня на родном языке, современная и детская песня, хор, ансамбль, вокальное шоу, другая номинация.</w:t>
            </w:r>
          </w:p>
        </w:tc>
      </w:tr>
      <w:tr w:rsidR="00AB3767" w:rsidRPr="008460AB" w14:paraId="458184AF" w14:textId="77777777">
        <w:trPr>
          <w:cantSplit/>
        </w:trPr>
        <w:tc>
          <w:tcPr>
            <w:tcW w:w="26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803BA0" w14:textId="77777777" w:rsidR="00AB3767" w:rsidRDefault="00BE4018">
            <w:r>
              <w:rPr>
                <w:b/>
                <w:color w:val="101D4A"/>
                <w:sz w:val="19"/>
              </w:rPr>
              <w:t>Инструментальное исполнительство</w:t>
            </w:r>
          </w:p>
        </w:tc>
        <w:tc>
          <w:tcPr>
            <w:tcW w:w="67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7C2418" w14:textId="77777777" w:rsidR="00AB3767" w:rsidRPr="00090121" w:rsidRDefault="00BE4018">
            <w:pPr>
              <w:rPr>
                <w:lang w:val="ru-RU"/>
              </w:rPr>
            </w:pPr>
            <w:r w:rsidRPr="00090121">
              <w:rPr>
                <w:sz w:val="18"/>
                <w:lang w:val="ru-RU"/>
              </w:rPr>
              <w:t>Фортепиано, струнные, духовые, ударные, электронные и народные инструменты; скрипка, гитара, домбра, кобыз, баян, аккордеон; ансамбль, оркестр, смешанное исполнение, другая номинация.</w:t>
            </w:r>
          </w:p>
        </w:tc>
      </w:tr>
      <w:tr w:rsidR="00AB3767" w:rsidRPr="008460AB" w14:paraId="2C3DBF53" w14:textId="77777777">
        <w:trPr>
          <w:cantSplit/>
        </w:trPr>
        <w:tc>
          <w:tcPr>
            <w:tcW w:w="26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CC10DB" w14:textId="77777777" w:rsidR="00AB3767" w:rsidRDefault="00BE4018">
            <w:r>
              <w:rPr>
                <w:b/>
                <w:color w:val="101D4A"/>
                <w:sz w:val="19"/>
              </w:rPr>
              <w:t>Театральное искусство</w:t>
            </w:r>
          </w:p>
        </w:tc>
        <w:tc>
          <w:tcPr>
            <w:tcW w:w="67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AF6EE2" w14:textId="77777777" w:rsidR="00AB3767" w:rsidRPr="00090121" w:rsidRDefault="00BE4018">
            <w:pPr>
              <w:rPr>
                <w:lang w:val="ru-RU"/>
              </w:rPr>
            </w:pPr>
            <w:r w:rsidRPr="00090121">
              <w:rPr>
                <w:sz w:val="18"/>
                <w:lang w:val="ru-RU"/>
              </w:rPr>
              <w:t>Драматический, музыкальный, кукольный и пластический театр; театр миниатюр и мод; постановка, отрывок, монолог, диалог, пантомима, сценическая миниатюра, другая номинация.</w:t>
            </w:r>
          </w:p>
        </w:tc>
      </w:tr>
      <w:tr w:rsidR="00AB3767" w:rsidRPr="008460AB" w14:paraId="7858023D" w14:textId="77777777">
        <w:trPr>
          <w:cantSplit/>
        </w:trPr>
        <w:tc>
          <w:tcPr>
            <w:tcW w:w="26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E1AA4B" w14:textId="77777777" w:rsidR="00AB3767" w:rsidRDefault="00BE4018">
            <w:r>
              <w:rPr>
                <w:b/>
                <w:color w:val="101D4A"/>
                <w:sz w:val="19"/>
              </w:rPr>
              <w:t>Художественное слово</w:t>
            </w:r>
          </w:p>
        </w:tc>
        <w:tc>
          <w:tcPr>
            <w:tcW w:w="67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4EE29B" w14:textId="77777777" w:rsidR="00AB3767" w:rsidRPr="00090121" w:rsidRDefault="00BE4018">
            <w:pPr>
              <w:rPr>
                <w:lang w:val="ru-RU"/>
              </w:rPr>
            </w:pPr>
            <w:r w:rsidRPr="00090121">
              <w:rPr>
                <w:sz w:val="18"/>
                <w:lang w:val="ru-RU"/>
              </w:rPr>
              <w:t>Стихотворение, проза, басня, литературная композиция, авторское и патриотическое произведение, коллективное чтение, другая номинация.</w:t>
            </w:r>
          </w:p>
        </w:tc>
      </w:tr>
      <w:tr w:rsidR="00AB3767" w:rsidRPr="008460AB" w14:paraId="58963B85" w14:textId="77777777">
        <w:trPr>
          <w:cantSplit/>
        </w:trPr>
        <w:tc>
          <w:tcPr>
            <w:tcW w:w="26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5AC542" w14:textId="77777777" w:rsidR="00AB3767" w:rsidRDefault="00BE4018">
            <w:r>
              <w:rPr>
                <w:b/>
                <w:color w:val="101D4A"/>
                <w:sz w:val="19"/>
              </w:rPr>
              <w:t>Изобразительное искусство</w:t>
            </w:r>
          </w:p>
        </w:tc>
        <w:tc>
          <w:tcPr>
            <w:tcW w:w="67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4E72C8" w14:textId="77777777" w:rsidR="00AB3767" w:rsidRPr="00090121" w:rsidRDefault="00BE4018">
            <w:pPr>
              <w:rPr>
                <w:lang w:val="ru-RU"/>
              </w:rPr>
            </w:pPr>
            <w:r w:rsidRPr="00090121">
              <w:rPr>
                <w:sz w:val="18"/>
                <w:lang w:val="ru-RU"/>
              </w:rPr>
              <w:t>Живопись, графика, рисунок, акварель, гуашь, пастель, акрил, масло, иллюстрация, портрет, пейзаж, натюрморт, сюжетная и декоративная композиция, смешанная техника, другая номинация.</w:t>
            </w:r>
          </w:p>
        </w:tc>
      </w:tr>
      <w:tr w:rsidR="00AB3767" w:rsidRPr="008460AB" w14:paraId="162C8F73" w14:textId="77777777">
        <w:trPr>
          <w:cantSplit/>
        </w:trPr>
        <w:tc>
          <w:tcPr>
            <w:tcW w:w="26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76477E" w14:textId="77777777" w:rsidR="00AB3767" w:rsidRDefault="00BE4018">
            <w:r>
              <w:rPr>
                <w:b/>
                <w:color w:val="101D4A"/>
                <w:sz w:val="19"/>
              </w:rPr>
              <w:t>Декоративно-прикладное искусство</w:t>
            </w:r>
          </w:p>
        </w:tc>
        <w:tc>
          <w:tcPr>
            <w:tcW w:w="67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A16F02" w14:textId="77777777" w:rsidR="00AB3767" w:rsidRPr="00090121" w:rsidRDefault="00BE4018">
            <w:pPr>
              <w:rPr>
                <w:lang w:val="ru-RU"/>
              </w:rPr>
            </w:pPr>
            <w:r w:rsidRPr="00090121">
              <w:rPr>
                <w:sz w:val="18"/>
                <w:lang w:val="ru-RU"/>
              </w:rPr>
              <w:t>Аппликация, лепка, керамика, бисер, вышивка, вязание, батик, роспись, бумагопластика, оригами, квиллинг, макраме, текстиль, природные материалы, национальное ДПИ, авторская работа, смешанная техника, другая номинация.</w:t>
            </w:r>
          </w:p>
        </w:tc>
      </w:tr>
    </w:tbl>
    <w:p w14:paraId="4687DB96" w14:textId="0CC4C11E" w:rsidR="00AB3767" w:rsidRPr="00090121" w:rsidRDefault="00AB3767">
      <w:pPr>
        <w:keepLines/>
        <w:rPr>
          <w:lang w:val="ru-RU"/>
        </w:rPr>
      </w:pPr>
    </w:p>
    <w:p w14:paraId="64FFD4CB" w14:textId="77777777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t>Формы участия и возрастные категории</w:t>
      </w:r>
    </w:p>
    <w:p w14:paraId="45935EA4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Во всех направлениях допускаются: соло, дуэт, трио, квартет, малая группа, группа, ансамбль и коллектив.</w:t>
      </w:r>
    </w:p>
    <w:p w14:paraId="41A28CD3" w14:textId="77777777" w:rsidR="00AB3767" w:rsidRDefault="00BE4018">
      <w:pPr>
        <w:pStyle w:val="a0"/>
        <w:keepLines/>
      </w:pPr>
      <w:r>
        <w:lastRenderedPageBreak/>
        <w:t>3–5 лет</w:t>
      </w:r>
    </w:p>
    <w:p w14:paraId="14014CED" w14:textId="77777777" w:rsidR="00AB3767" w:rsidRDefault="00BE4018">
      <w:pPr>
        <w:pStyle w:val="a0"/>
        <w:keepLines/>
      </w:pPr>
      <w:r>
        <w:t>6–8 лет</w:t>
      </w:r>
    </w:p>
    <w:p w14:paraId="10F0E483" w14:textId="77777777" w:rsidR="00AB3767" w:rsidRDefault="00BE4018">
      <w:pPr>
        <w:pStyle w:val="a0"/>
        <w:keepLines/>
      </w:pPr>
      <w:r>
        <w:t>9–11 лет</w:t>
      </w:r>
    </w:p>
    <w:p w14:paraId="047B22DA" w14:textId="77777777" w:rsidR="00AB3767" w:rsidRDefault="00BE4018">
      <w:pPr>
        <w:pStyle w:val="a0"/>
        <w:keepLines/>
      </w:pPr>
      <w:r>
        <w:t>12–14 лет</w:t>
      </w:r>
    </w:p>
    <w:p w14:paraId="02F4AD96" w14:textId="77777777" w:rsidR="00AB3767" w:rsidRDefault="00BE4018">
      <w:pPr>
        <w:pStyle w:val="a0"/>
        <w:keepLines/>
      </w:pPr>
      <w:r>
        <w:t>15–17 лет</w:t>
      </w:r>
    </w:p>
    <w:p w14:paraId="7FB4034B" w14:textId="77777777" w:rsidR="00AB3767" w:rsidRDefault="00BE4018">
      <w:pPr>
        <w:pStyle w:val="a0"/>
        <w:keepLines/>
      </w:pPr>
      <w:r>
        <w:t>18–29 лет</w:t>
      </w:r>
    </w:p>
    <w:p w14:paraId="37EF501B" w14:textId="77777777" w:rsidR="00AB3767" w:rsidRDefault="00BE4018">
      <w:pPr>
        <w:pStyle w:val="a0"/>
        <w:keepLines/>
      </w:pPr>
      <w:r>
        <w:t>30–49 лет</w:t>
      </w:r>
    </w:p>
    <w:p w14:paraId="72E0EFF3" w14:textId="77777777" w:rsidR="00AB3767" w:rsidRDefault="00BE4018">
      <w:pPr>
        <w:pStyle w:val="a0"/>
        <w:keepLines/>
      </w:pPr>
      <w:r>
        <w:t>50 лет и старше</w:t>
      </w:r>
    </w:p>
    <w:p w14:paraId="3A623CCE" w14:textId="77777777" w:rsidR="00AB3767" w:rsidRDefault="00BE4018">
      <w:pPr>
        <w:pStyle w:val="a0"/>
        <w:keepLines/>
      </w:pPr>
      <w:r>
        <w:t>Смешанная возрастная категория</w:t>
      </w:r>
    </w:p>
    <w:p w14:paraId="65C38AAB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Возраст определяется на день конкурса. Для групп и коллектив категория определяется по большинству участников.</w:t>
      </w:r>
    </w:p>
    <w:p w14:paraId="19ABA82D" w14:textId="77777777" w:rsidR="00AB3767" w:rsidRDefault="00BE4018">
      <w:pPr>
        <w:pStyle w:val="1"/>
      </w:pPr>
      <w:r>
        <w:t>Организационные взносы</w:t>
      </w:r>
    </w:p>
    <w:p w14:paraId="695F88F5" w14:textId="4949DC08" w:rsidR="00AB3767" w:rsidRDefault="00AB3767">
      <w:pPr>
        <w:keepLines/>
      </w:pPr>
    </w:p>
    <w:tbl>
      <w:tblPr>
        <w:tblStyle w:val="aff0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500"/>
        <w:gridCol w:w="1700"/>
        <w:gridCol w:w="4160"/>
      </w:tblGrid>
      <w:tr w:rsidR="00AB3767" w14:paraId="3814997F" w14:textId="77777777">
        <w:trPr>
          <w:cantSplit/>
          <w:tblHeader/>
        </w:trPr>
        <w:tc>
          <w:tcPr>
            <w:tcW w:w="3500" w:type="dxa"/>
            <w:shd w:val="clear" w:color="auto" w:fill="101D4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160B34" w14:textId="77777777" w:rsidR="00AB3767" w:rsidRDefault="00BE4018">
            <w:r>
              <w:rPr>
                <w:b/>
                <w:color w:val="FFFFFF"/>
                <w:sz w:val="20"/>
              </w:rPr>
              <w:t>Форма</w:t>
            </w:r>
          </w:p>
        </w:tc>
        <w:tc>
          <w:tcPr>
            <w:tcW w:w="1700" w:type="dxa"/>
            <w:shd w:val="clear" w:color="auto" w:fill="101D4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B88875" w14:textId="77777777" w:rsidR="00AB3767" w:rsidRDefault="00BE4018">
            <w:r>
              <w:rPr>
                <w:b/>
                <w:color w:val="FFFFFF"/>
                <w:sz w:val="20"/>
              </w:rPr>
              <w:t>Взнос</w:t>
            </w:r>
          </w:p>
        </w:tc>
        <w:tc>
          <w:tcPr>
            <w:tcW w:w="4160" w:type="dxa"/>
            <w:shd w:val="clear" w:color="auto" w:fill="101D4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57BDAE" w14:textId="77777777" w:rsidR="00AB3767" w:rsidRDefault="00BE4018">
            <w:r>
              <w:rPr>
                <w:b/>
                <w:color w:val="FFFFFF"/>
                <w:sz w:val="20"/>
              </w:rPr>
              <w:t>Расчёт</w:t>
            </w:r>
          </w:p>
        </w:tc>
      </w:tr>
      <w:tr w:rsidR="00AB3767" w14:paraId="6288BD48" w14:textId="77777777">
        <w:trPr>
          <w:cantSplit/>
        </w:trPr>
        <w:tc>
          <w:tcPr>
            <w:tcW w:w="3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517C73" w14:textId="77777777" w:rsidR="00AB3767" w:rsidRDefault="00BE4018">
            <w:r>
              <w:rPr>
                <w:b/>
                <w:color w:val="101D4A"/>
                <w:sz w:val="20"/>
              </w:rPr>
              <w:t>Соло</w:t>
            </w:r>
          </w:p>
        </w:tc>
        <w:tc>
          <w:tcPr>
            <w:tcW w:w="1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1FFD0E" w14:textId="77777777" w:rsidR="00AB3767" w:rsidRDefault="00BE4018">
            <w:pPr>
              <w:jc w:val="center"/>
            </w:pPr>
            <w:r>
              <w:rPr>
                <w:b/>
                <w:color w:val="EF3340"/>
                <w:sz w:val="22"/>
              </w:rPr>
              <w:t>50 €</w:t>
            </w:r>
          </w:p>
        </w:tc>
        <w:tc>
          <w:tcPr>
            <w:tcW w:w="41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3BBB2E" w14:textId="77777777" w:rsidR="00AB3767" w:rsidRDefault="00BE4018">
            <w:r>
              <w:rPr>
                <w:sz w:val="19"/>
              </w:rPr>
              <w:t>за участника</w:t>
            </w:r>
          </w:p>
        </w:tc>
      </w:tr>
      <w:tr w:rsidR="00AB3767" w14:paraId="2FCE654D" w14:textId="77777777">
        <w:trPr>
          <w:cantSplit/>
        </w:trPr>
        <w:tc>
          <w:tcPr>
            <w:tcW w:w="3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D270BD" w14:textId="77777777" w:rsidR="00AB3767" w:rsidRDefault="00BE4018">
            <w:r>
              <w:rPr>
                <w:b/>
                <w:color w:val="101D4A"/>
                <w:sz w:val="20"/>
              </w:rPr>
              <w:t>Дуэт</w:t>
            </w:r>
          </w:p>
        </w:tc>
        <w:tc>
          <w:tcPr>
            <w:tcW w:w="1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3BC69F" w14:textId="77777777" w:rsidR="00AB3767" w:rsidRDefault="00BE4018">
            <w:pPr>
              <w:jc w:val="center"/>
            </w:pPr>
            <w:r>
              <w:rPr>
                <w:b/>
                <w:color w:val="EF3340"/>
                <w:sz w:val="22"/>
              </w:rPr>
              <w:t>35 €</w:t>
            </w:r>
          </w:p>
        </w:tc>
        <w:tc>
          <w:tcPr>
            <w:tcW w:w="41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3F91EF" w14:textId="77777777" w:rsidR="00AB3767" w:rsidRDefault="00BE4018">
            <w:r>
              <w:rPr>
                <w:sz w:val="19"/>
              </w:rPr>
              <w:t>с каждого участника</w:t>
            </w:r>
          </w:p>
        </w:tc>
      </w:tr>
      <w:tr w:rsidR="00AB3767" w14:paraId="1DA863A6" w14:textId="77777777">
        <w:trPr>
          <w:cantSplit/>
        </w:trPr>
        <w:tc>
          <w:tcPr>
            <w:tcW w:w="3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110EE5" w14:textId="77777777" w:rsidR="00AB3767" w:rsidRDefault="00BE4018">
            <w:r>
              <w:rPr>
                <w:b/>
                <w:color w:val="101D4A"/>
                <w:sz w:val="20"/>
              </w:rPr>
              <w:t>Трио</w:t>
            </w:r>
          </w:p>
        </w:tc>
        <w:tc>
          <w:tcPr>
            <w:tcW w:w="1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752B73" w14:textId="77777777" w:rsidR="00AB3767" w:rsidRDefault="00BE4018">
            <w:pPr>
              <w:jc w:val="center"/>
            </w:pPr>
            <w:r>
              <w:rPr>
                <w:b/>
                <w:color w:val="EF3340"/>
                <w:sz w:val="22"/>
              </w:rPr>
              <w:t>35 €</w:t>
            </w:r>
          </w:p>
        </w:tc>
        <w:tc>
          <w:tcPr>
            <w:tcW w:w="41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10C6D4" w14:textId="77777777" w:rsidR="00AB3767" w:rsidRDefault="00BE4018">
            <w:r>
              <w:rPr>
                <w:sz w:val="19"/>
              </w:rPr>
              <w:t>с каждого участника</w:t>
            </w:r>
          </w:p>
        </w:tc>
      </w:tr>
      <w:tr w:rsidR="00AB3767" w14:paraId="7AECB58B" w14:textId="77777777">
        <w:trPr>
          <w:cantSplit/>
        </w:trPr>
        <w:tc>
          <w:tcPr>
            <w:tcW w:w="3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03865C" w14:textId="77777777" w:rsidR="00AB3767" w:rsidRDefault="00BE4018">
            <w:r>
              <w:rPr>
                <w:b/>
                <w:color w:val="101D4A"/>
                <w:sz w:val="20"/>
              </w:rPr>
              <w:t>Квартет</w:t>
            </w:r>
          </w:p>
        </w:tc>
        <w:tc>
          <w:tcPr>
            <w:tcW w:w="1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4653F6" w14:textId="77777777" w:rsidR="00AB3767" w:rsidRDefault="00BE4018">
            <w:pPr>
              <w:jc w:val="center"/>
            </w:pPr>
            <w:r>
              <w:rPr>
                <w:b/>
                <w:color w:val="EF3340"/>
                <w:sz w:val="22"/>
              </w:rPr>
              <w:t>25 €</w:t>
            </w:r>
          </w:p>
        </w:tc>
        <w:tc>
          <w:tcPr>
            <w:tcW w:w="41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0FC45B" w14:textId="77777777" w:rsidR="00AB3767" w:rsidRDefault="00BE4018">
            <w:r>
              <w:rPr>
                <w:sz w:val="19"/>
              </w:rPr>
              <w:t>с каждого участника</w:t>
            </w:r>
          </w:p>
        </w:tc>
      </w:tr>
      <w:tr w:rsidR="00AB3767" w14:paraId="543C057D" w14:textId="77777777">
        <w:trPr>
          <w:cantSplit/>
        </w:trPr>
        <w:tc>
          <w:tcPr>
            <w:tcW w:w="3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FD8836" w14:textId="77777777" w:rsidR="00AB3767" w:rsidRDefault="00BE4018">
            <w:r>
              <w:rPr>
                <w:b/>
                <w:color w:val="101D4A"/>
                <w:sz w:val="20"/>
              </w:rPr>
              <w:t>Группа от 5 человек</w:t>
            </w:r>
          </w:p>
        </w:tc>
        <w:tc>
          <w:tcPr>
            <w:tcW w:w="1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5F5D0D" w14:textId="77777777" w:rsidR="00AB3767" w:rsidRDefault="00BE4018">
            <w:pPr>
              <w:jc w:val="center"/>
            </w:pPr>
            <w:r>
              <w:rPr>
                <w:b/>
                <w:color w:val="EF3340"/>
                <w:sz w:val="22"/>
              </w:rPr>
              <w:t>20 €</w:t>
            </w:r>
          </w:p>
        </w:tc>
        <w:tc>
          <w:tcPr>
            <w:tcW w:w="41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81A8F8" w14:textId="77777777" w:rsidR="00AB3767" w:rsidRDefault="00BE4018">
            <w:r>
              <w:rPr>
                <w:sz w:val="19"/>
              </w:rPr>
              <w:t>с каждого участника</w:t>
            </w:r>
          </w:p>
        </w:tc>
      </w:tr>
      <w:tr w:rsidR="00AB3767" w14:paraId="317EDC16" w14:textId="77777777">
        <w:trPr>
          <w:cantSplit/>
        </w:trPr>
        <w:tc>
          <w:tcPr>
            <w:tcW w:w="35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AB6C9F" w14:textId="77777777" w:rsidR="00AB3767" w:rsidRDefault="00BE4018">
            <w:r>
              <w:rPr>
                <w:b/>
                <w:color w:val="101D4A"/>
                <w:sz w:val="20"/>
              </w:rPr>
              <w:t>Инклюзивная номинация</w:t>
            </w:r>
          </w:p>
        </w:tc>
        <w:tc>
          <w:tcPr>
            <w:tcW w:w="17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72CBEE" w14:textId="77777777" w:rsidR="00AB3767" w:rsidRDefault="00BE4018">
            <w:pPr>
              <w:jc w:val="center"/>
            </w:pPr>
            <w:r>
              <w:rPr>
                <w:b/>
                <w:color w:val="EF3340"/>
                <w:sz w:val="22"/>
              </w:rPr>
              <w:t>25 €</w:t>
            </w:r>
          </w:p>
        </w:tc>
        <w:tc>
          <w:tcPr>
            <w:tcW w:w="41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063DD4" w14:textId="77777777" w:rsidR="00AB3767" w:rsidRDefault="00BE4018">
            <w:r>
              <w:rPr>
                <w:sz w:val="19"/>
              </w:rPr>
              <w:t>за участника</w:t>
            </w:r>
          </w:p>
        </w:tc>
      </w:tr>
    </w:tbl>
    <w:p w14:paraId="3C7DFD29" w14:textId="77777777" w:rsidR="00090121" w:rsidRDefault="00090121">
      <w:pPr>
        <w:keepLines/>
        <w:rPr>
          <w:lang w:val="ru-RU"/>
        </w:rPr>
      </w:pPr>
    </w:p>
    <w:p w14:paraId="6ACE0B4F" w14:textId="318AFFA4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Взнос включает участие в одном конкурсном номере и наградную продукцию согласно выбранной форме участия.</w:t>
      </w:r>
    </w:p>
    <w:p w14:paraId="7D94D54C" w14:textId="77777777" w:rsidR="00AB3767" w:rsidRDefault="00BE4018">
      <w:pPr>
        <w:pStyle w:val="21"/>
      </w:pPr>
      <w:r>
        <w:t>Награждение</w:t>
      </w:r>
    </w:p>
    <w:p w14:paraId="51C7D1B3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Соло, дуэт, трио и квартет: каждому участнику — именной диплом, медаль и индивидуальный кубок.</w:t>
      </w:r>
    </w:p>
    <w:p w14:paraId="79C49B10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Группа: каждому участнику — именной диплом и медаль; коллективу — один общий кубок за каждый конкурсный номер.</w:t>
      </w:r>
    </w:p>
    <w:p w14:paraId="067DA941" w14:textId="77777777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t>Самостоятельное размещение и дополнительные услуги</w:t>
      </w:r>
    </w:p>
    <w:p w14:paraId="1DD2E095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Участники и сопровождающие лица вправе самостоятельно организовать поездку, выбрать место проживания и принять участие только в конкурсе, оплатив лишь организационный взнос.</w:t>
      </w:r>
    </w:p>
    <w:p w14:paraId="3DFE6FEC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По запросу оргкомитет может предложить:</w:t>
      </w:r>
    </w:p>
    <w:p w14:paraId="651888A0" w14:textId="3D3BAB00" w:rsidR="00AB3767" w:rsidRDefault="00090121">
      <w:pPr>
        <w:pStyle w:val="a0"/>
        <w:keepLines/>
      </w:pPr>
      <w:r>
        <w:rPr>
          <w:lang w:val="ru-RU"/>
        </w:rPr>
        <w:t>отель</w:t>
      </w:r>
      <w:r w:rsidR="00BE4018">
        <w:t xml:space="preserve"> и трансфер</w:t>
      </w:r>
    </w:p>
    <w:p w14:paraId="793E3E6F" w14:textId="47612CA8" w:rsidR="00AB3767" w:rsidRDefault="00BE4018">
      <w:pPr>
        <w:pStyle w:val="a0"/>
        <w:keepLines/>
      </w:pPr>
      <w:r>
        <w:t xml:space="preserve">только </w:t>
      </w:r>
      <w:r w:rsidR="00090121">
        <w:rPr>
          <w:lang w:val="ru-RU"/>
        </w:rPr>
        <w:t>отель</w:t>
      </w:r>
    </w:p>
    <w:p w14:paraId="63EE2022" w14:textId="77777777" w:rsidR="00AB3767" w:rsidRDefault="00BE4018">
      <w:pPr>
        <w:pStyle w:val="a0"/>
        <w:keepLines/>
      </w:pPr>
      <w:r>
        <w:t>отдельный трансфер по согласованному маршруту</w:t>
      </w:r>
    </w:p>
    <w:p w14:paraId="4153A346" w14:textId="504E163C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 xml:space="preserve">Состав и стоимость таких услуг рассчитываются индивидуально и зависят от дат проживания, количества человек, категории </w:t>
      </w:r>
      <w:r w:rsidR="00090121">
        <w:rPr>
          <w:lang w:val="ru-RU"/>
        </w:rPr>
        <w:t>отеля</w:t>
      </w:r>
      <w:r w:rsidRPr="00090121">
        <w:rPr>
          <w:lang w:val="ru-RU"/>
        </w:rPr>
        <w:t xml:space="preserve"> и выбранного трансфера. Условия и стоимость необходимо уточнять у организаторов.</w:t>
      </w:r>
    </w:p>
    <w:p w14:paraId="40AB95FD" w14:textId="77777777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lastRenderedPageBreak/>
        <w:t>Подача заявки и оплата</w:t>
      </w:r>
    </w:p>
    <w:tbl>
      <w:tblPr>
        <w:tblStyle w:val="aff0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B3767" w:rsidRPr="008460AB" w14:paraId="215FCCCA" w14:textId="77777777">
        <w:trPr>
          <w:cantSplit/>
        </w:trPr>
        <w:tc>
          <w:tcPr>
            <w:tcW w:w="936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A5D16C" w14:textId="77777777" w:rsidR="00AB3767" w:rsidRPr="00090121" w:rsidRDefault="00BE4018">
            <w:pPr>
              <w:rPr>
                <w:lang w:val="ru-RU"/>
              </w:rPr>
            </w:pPr>
            <w:r w:rsidRPr="00090121">
              <w:rPr>
                <w:b/>
                <w:color w:val="101D4A"/>
                <w:lang w:val="ru-RU"/>
              </w:rPr>
              <w:t>Заявка обязательна</w:t>
            </w:r>
            <w:r w:rsidRPr="00090121">
              <w:rPr>
                <w:b/>
                <w:color w:val="101D4A"/>
                <w:lang w:val="ru-RU"/>
              </w:rPr>
              <w:br/>
            </w:r>
            <w:r w:rsidRPr="00090121">
              <w:rPr>
                <w:lang w:val="ru-RU"/>
              </w:rPr>
              <w:t>Даже если нет возможности оплатить организационный взнос заранее, заявку необходимо обязательно подать на сайте до 23 сентября 2026 года.</w:t>
            </w:r>
          </w:p>
        </w:tc>
      </w:tr>
    </w:tbl>
    <w:p w14:paraId="73402FD4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Организационный взнос может быть оплачен заранее по реквизитам, предоставленным оргкомитетом, либо наличными непосредственно в день конкурса до начала выступления.</w:t>
      </w:r>
    </w:p>
    <w:p w14:paraId="0077DF0A" w14:textId="6100C3E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 xml:space="preserve">Оплата в день конкурса допускается только при условии гарантированного участия всех </w:t>
      </w:r>
      <w:r w:rsidR="00090121">
        <w:rPr>
          <w:lang w:val="ru-RU"/>
        </w:rPr>
        <w:t>участников</w:t>
      </w:r>
      <w:r w:rsidRPr="00090121">
        <w:rPr>
          <w:lang w:val="ru-RU"/>
        </w:rPr>
        <w:t xml:space="preserve"> и исполнителей, указанных в заявке. Оргкомитет заранее изготавливает и доставляет в Баку именную наградную продукцию на каждого заявленного участника.</w:t>
      </w:r>
    </w:p>
    <w:p w14:paraId="11B44266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 xml:space="preserve">После предварительной оплаты чек необходимо направить в </w:t>
      </w:r>
      <w:r>
        <w:t>WhatsApp</w:t>
      </w:r>
      <w:r w:rsidRPr="00090121">
        <w:rPr>
          <w:lang w:val="ru-RU"/>
        </w:rPr>
        <w:t>: +7 705 985 42 85, указав Ф. И. О. участника или название коллектива, название номера и номинацию.</w:t>
      </w:r>
    </w:p>
    <w:p w14:paraId="4B640CA3" w14:textId="77777777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t>Изобразительное и декоративно-прикладное искусство</w:t>
      </w:r>
    </w:p>
    <w:p w14:paraId="5845966D" w14:textId="4C8E294B" w:rsidR="00AB3767" w:rsidRDefault="00BE4018">
      <w:pPr>
        <w:keepLines/>
      </w:pPr>
      <w:r w:rsidRPr="00090121">
        <w:rPr>
          <w:lang w:val="ru-RU"/>
        </w:rPr>
        <w:t xml:space="preserve">Участие проводится в формате соло. Конкурсная работа создаётся непосредственно во время конкурса. </w:t>
      </w:r>
      <w:r>
        <w:t xml:space="preserve">На выполнение </w:t>
      </w:r>
      <w:r w:rsidR="00090121">
        <w:rPr>
          <w:lang w:val="ru-RU"/>
        </w:rPr>
        <w:t xml:space="preserve">работы </w:t>
      </w:r>
      <w:r>
        <w:t>предоставляется 2 часа. Тема работы свободная.</w:t>
      </w:r>
    </w:p>
    <w:p w14:paraId="00A8C797" w14:textId="77777777" w:rsidR="00AB3767" w:rsidRDefault="00BE4018">
      <w:pPr>
        <w:pStyle w:val="a0"/>
        <w:keepLines/>
      </w:pPr>
      <w:r>
        <w:t>Организационный взнос — 40 €.</w:t>
      </w:r>
    </w:p>
    <w:p w14:paraId="65FDA639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Мольберты, художественные материалы и принадлежности участник приносит самостоятельно.</w:t>
      </w:r>
    </w:p>
    <w:p w14:paraId="4EDEC5A7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Каждый участник получает кубок, медаль и диплом.</w:t>
      </w:r>
    </w:p>
    <w:p w14:paraId="53518104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Награждение проводится в день конкурса после завершения и оценки работ.</w:t>
      </w:r>
    </w:p>
    <w:p w14:paraId="78CF5F20" w14:textId="77777777" w:rsidR="00AB3767" w:rsidRDefault="00BE4018">
      <w:pPr>
        <w:pStyle w:val="1"/>
      </w:pPr>
      <w:r>
        <w:t>Технические требования</w:t>
      </w:r>
    </w:p>
    <w:p w14:paraId="46814550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Продолжительность конкурсного номера — от 2 до 5 минут.</w:t>
      </w:r>
    </w:p>
    <w:p w14:paraId="684CDD1C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Общая продолжительность репетиции и технического прогона — до 10 минут.</w:t>
      </w:r>
    </w:p>
    <w:p w14:paraId="67CB6D36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На проверку каждого конкурсного номера предоставляется ориентировочно 1–2 минуты.</w:t>
      </w:r>
    </w:p>
    <w:p w14:paraId="02299BFE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Музыкальное сопровождение должно быть заранее подготовлено и передано организаторам в установленный срок.</w:t>
      </w:r>
    </w:p>
    <w:p w14:paraId="11521DEB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Ответственность за качество и исправность музыкального файла несёт участник или руководитель.</w:t>
      </w:r>
    </w:p>
    <w:p w14:paraId="16526E28" w14:textId="77777777" w:rsidR="00AB3767" w:rsidRDefault="00BE4018">
      <w:pPr>
        <w:pStyle w:val="1"/>
      </w:pPr>
      <w:r>
        <w:t>Правила участия</w:t>
      </w:r>
    </w:p>
    <w:p w14:paraId="7358BE55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Участники самостоятельно несут ответственность за состояние здоровья, личные вещи, костюмы, реквизит и имущество.</w:t>
      </w:r>
    </w:p>
    <w:p w14:paraId="2E8ABFDC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Во время конкурса необходимо соблюдать порядок, дисциплину и требования оргкомитета.</w:t>
      </w:r>
    </w:p>
    <w:p w14:paraId="1BEF33DD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Запрещаются оскорбления и некорректное поведение в адрес оргкомитета, жюри, участников и гостей.</w:t>
      </w:r>
    </w:p>
    <w:p w14:paraId="42A57010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При грубом нарушении правил организаторы вправе дисквалифицировать участника или коллектив без возврата взноса.</w:t>
      </w:r>
    </w:p>
    <w:p w14:paraId="5FC8FA4A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Ответственность за детей несут родители, сопровождающие лица и руководители коллективов.</w:t>
      </w:r>
    </w:p>
    <w:p w14:paraId="3C36D8FA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Подача заявки означает согласие с настоящим Положением, фото- и видеосъёмкой, размещением материалов на информационных ресурсах организатора и обработкой персональных данных, необходимых для проведения конкурса и оформления наград.</w:t>
      </w:r>
    </w:p>
    <w:p w14:paraId="1F2EBE79" w14:textId="77777777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t>Система оценивания</w:t>
      </w:r>
    </w:p>
    <w:p w14:paraId="5F4DDEA7" w14:textId="77777777" w:rsidR="00AB3767" w:rsidRDefault="00BE4018">
      <w:pPr>
        <w:keepLines/>
      </w:pPr>
      <w:r w:rsidRPr="00090121">
        <w:rPr>
          <w:lang w:val="ru-RU"/>
        </w:rPr>
        <w:t xml:space="preserve">Оценивание проводится без публичного выставления баллов. </w:t>
      </w:r>
      <w:r>
        <w:t>Жюри учитывает:</w:t>
      </w:r>
    </w:p>
    <w:p w14:paraId="49639D6F" w14:textId="77777777" w:rsidR="00AB3767" w:rsidRDefault="00BE4018">
      <w:pPr>
        <w:pStyle w:val="a0"/>
        <w:keepLines/>
      </w:pPr>
      <w:r>
        <w:lastRenderedPageBreak/>
        <w:t>уровень подготовки и сложность номера</w:t>
      </w:r>
    </w:p>
    <w:p w14:paraId="0D9B9354" w14:textId="77777777" w:rsidR="00AB3767" w:rsidRDefault="00BE4018">
      <w:pPr>
        <w:pStyle w:val="a0"/>
        <w:keepLines/>
      </w:pPr>
      <w:r>
        <w:t>технику исполнения</w:t>
      </w:r>
    </w:p>
    <w:p w14:paraId="246FB57D" w14:textId="77777777" w:rsidR="00AB3767" w:rsidRDefault="00BE4018">
      <w:pPr>
        <w:pStyle w:val="a0"/>
        <w:keepLines/>
      </w:pPr>
      <w:r>
        <w:t>артистизм и музыкальность</w:t>
      </w:r>
    </w:p>
    <w:p w14:paraId="6C924A2F" w14:textId="77777777" w:rsidR="00AB3767" w:rsidRDefault="00BE4018">
      <w:pPr>
        <w:pStyle w:val="a0"/>
        <w:keepLines/>
      </w:pPr>
      <w:r>
        <w:t>сценическую культуру и раскрытие образа</w:t>
      </w:r>
    </w:p>
    <w:p w14:paraId="4334DBBE" w14:textId="77777777" w:rsidR="00AB3767" w:rsidRDefault="00BE4018">
      <w:pPr>
        <w:pStyle w:val="a0"/>
        <w:keepLines/>
      </w:pPr>
      <w:r>
        <w:t>оригинальность и целостность конкурсного номера</w:t>
      </w:r>
    </w:p>
    <w:p w14:paraId="5DDEECCD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Решение жюри является окончательным и пересмотру не подлежит. Независимо от блока, номинации и возрастной категории могут быть присуждены несколько званий: «Супер Гран-при», «Гран-при», 1-е, 2-е или 3-е место — в зависимости от качества исполнения.</w:t>
      </w:r>
    </w:p>
    <w:p w14:paraId="4C2F5A13" w14:textId="77777777" w:rsidR="00AB3767" w:rsidRDefault="00BE4018">
      <w:pPr>
        <w:pStyle w:val="1"/>
      </w:pPr>
      <w:r>
        <w:t>Руководители и педагоги</w:t>
      </w:r>
    </w:p>
    <w:p w14:paraId="4F9F706E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благодарности от организатора — до двух экземпляров на коллектив</w:t>
      </w:r>
    </w:p>
    <w:p w14:paraId="32A90A86" w14:textId="77777777" w:rsidR="00AB3767" w:rsidRDefault="00BE4018">
      <w:pPr>
        <w:pStyle w:val="a0"/>
        <w:keepLines/>
      </w:pPr>
      <w:r>
        <w:t>благодарственное письмо на коллектив</w:t>
      </w:r>
    </w:p>
    <w:p w14:paraId="1A057300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специальная мотивационная программа — подробности уточняются у организаторов</w:t>
      </w:r>
    </w:p>
    <w:p w14:paraId="5E1982F1" w14:textId="77777777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t>Возврат и перенос взносов</w:t>
      </w:r>
    </w:p>
    <w:p w14:paraId="13C13D62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 xml:space="preserve">Уплаченные организационные взносы возврату не подлежат. При невозможности участия внесённая сумма может быть однократно перенесена в счёт участия в следующем конкурсе </w:t>
      </w:r>
      <w:r>
        <w:t>Beauty</w:t>
      </w:r>
      <w:r w:rsidRPr="00090121">
        <w:rPr>
          <w:lang w:val="ru-RU"/>
        </w:rPr>
        <w:t xml:space="preserve"> </w:t>
      </w:r>
      <w:r>
        <w:t>Made</w:t>
      </w:r>
      <w:r w:rsidRPr="00090121">
        <w:rPr>
          <w:lang w:val="ru-RU"/>
        </w:rPr>
        <w:t xml:space="preserve"> </w:t>
      </w:r>
      <w:r>
        <w:t>Borodina</w:t>
      </w:r>
      <w:r w:rsidRPr="00090121">
        <w:rPr>
          <w:lang w:val="ru-RU"/>
        </w:rPr>
        <w:t xml:space="preserve"> при предварительном уведомлении организаторов.</w:t>
      </w:r>
    </w:p>
    <w:p w14:paraId="775C864E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Перенос осуществляется только на того же участника или тот же коллектив.</w:t>
      </w:r>
    </w:p>
    <w:p w14:paraId="339956E6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Сумма не может быть передана третьим лицам или обменена на денежные средства.</w:t>
      </w:r>
    </w:p>
    <w:p w14:paraId="1CA77313" w14:textId="77777777" w:rsidR="00AB3767" w:rsidRPr="00090121" w:rsidRDefault="00BE4018">
      <w:pPr>
        <w:pStyle w:val="a0"/>
        <w:keepLines/>
        <w:rPr>
          <w:lang w:val="ru-RU"/>
        </w:rPr>
      </w:pPr>
      <w:r w:rsidRPr="00090121">
        <w:rPr>
          <w:lang w:val="ru-RU"/>
        </w:rPr>
        <w:t>При неявке без предварительного уведомления взнос не возвращается и не переносится.</w:t>
      </w:r>
    </w:p>
    <w:p w14:paraId="5EF6583F" w14:textId="77777777" w:rsidR="00AB3767" w:rsidRPr="00090121" w:rsidRDefault="00BE4018">
      <w:pPr>
        <w:pStyle w:val="1"/>
        <w:rPr>
          <w:lang w:val="ru-RU"/>
        </w:rPr>
      </w:pPr>
      <w:r w:rsidRPr="00090121">
        <w:rPr>
          <w:lang w:val="ru-RU"/>
        </w:rPr>
        <w:t>Заключительные положения</w:t>
      </w:r>
    </w:p>
    <w:p w14:paraId="2BA45981" w14:textId="77777777" w:rsidR="00AB3767" w:rsidRPr="00090121" w:rsidRDefault="00BE4018">
      <w:pPr>
        <w:keepLines/>
        <w:rPr>
          <w:lang w:val="ru-RU"/>
        </w:rPr>
      </w:pPr>
      <w:r w:rsidRPr="00090121">
        <w:rPr>
          <w:lang w:val="ru-RU"/>
        </w:rPr>
        <w:t>Организаторы вправе вносить изменения и дополнения в настоящее Положение, а также изменять программу, время, дату или место проведения конкурса в случае организационной необходимости или обстоятельств, не зависящих от организаторов. Участники будут предварительно уведомлены по указанным в заявке контактным данным.</w:t>
      </w:r>
    </w:p>
    <w:p w14:paraId="5B0A83ED" w14:textId="77777777" w:rsidR="00AB3767" w:rsidRDefault="00BE4018">
      <w:pPr>
        <w:pStyle w:val="1"/>
      </w:pPr>
      <w:r>
        <w:t>Контакты оргкомитета</w:t>
      </w:r>
    </w:p>
    <w:tbl>
      <w:tblPr>
        <w:tblStyle w:val="aff0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AB3767" w14:paraId="5B875EB9" w14:textId="77777777">
        <w:trPr>
          <w:cantSplit/>
        </w:trPr>
        <w:tc>
          <w:tcPr>
            <w:tcW w:w="28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7401AD" w14:textId="77777777" w:rsidR="00AB3767" w:rsidRDefault="00BE4018">
            <w:r>
              <w:rPr>
                <w:b/>
                <w:color w:val="101D4A"/>
                <w:sz w:val="20"/>
              </w:rPr>
              <w:t>Организатор</w:t>
            </w:r>
          </w:p>
        </w:tc>
        <w:tc>
          <w:tcPr>
            <w:tcW w:w="6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7116E0" w14:textId="77777777" w:rsidR="00AB3767" w:rsidRDefault="00BE4018">
            <w:r>
              <w:rPr>
                <w:sz w:val="20"/>
              </w:rPr>
              <w:t>Бородина Ирина Юрьевна</w:t>
            </w:r>
          </w:p>
        </w:tc>
      </w:tr>
      <w:tr w:rsidR="00AB3767" w14:paraId="689E655C" w14:textId="77777777">
        <w:trPr>
          <w:cantSplit/>
        </w:trPr>
        <w:tc>
          <w:tcPr>
            <w:tcW w:w="28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49C6C1" w14:textId="77777777" w:rsidR="00AB3767" w:rsidRDefault="00BE4018">
            <w:r>
              <w:rPr>
                <w:b/>
                <w:color w:val="101D4A"/>
                <w:sz w:val="20"/>
              </w:rPr>
              <w:t>Администратор</w:t>
            </w:r>
          </w:p>
        </w:tc>
        <w:tc>
          <w:tcPr>
            <w:tcW w:w="6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5ADB5D" w14:textId="77777777" w:rsidR="00AB3767" w:rsidRDefault="00BE4018">
            <w:r>
              <w:rPr>
                <w:sz w:val="20"/>
              </w:rPr>
              <w:t>Бородина Марина Валерьевна</w:t>
            </w:r>
          </w:p>
        </w:tc>
      </w:tr>
      <w:tr w:rsidR="00AB3767" w14:paraId="4155A316" w14:textId="77777777">
        <w:trPr>
          <w:cantSplit/>
        </w:trPr>
        <w:tc>
          <w:tcPr>
            <w:tcW w:w="28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A36DE3" w14:textId="77777777" w:rsidR="00AB3767" w:rsidRDefault="00BE4018">
            <w:r>
              <w:rPr>
                <w:b/>
                <w:color w:val="101D4A"/>
                <w:sz w:val="20"/>
              </w:rPr>
              <w:t>WhatsApp</w:t>
            </w:r>
          </w:p>
        </w:tc>
        <w:tc>
          <w:tcPr>
            <w:tcW w:w="6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BB73C8" w14:textId="77777777" w:rsidR="00AB3767" w:rsidRDefault="00BE4018">
            <w:r>
              <w:rPr>
                <w:sz w:val="20"/>
              </w:rPr>
              <w:t>+7 705 985 42 85</w:t>
            </w:r>
          </w:p>
        </w:tc>
      </w:tr>
      <w:tr w:rsidR="00AB3767" w14:paraId="1A998D0A" w14:textId="77777777">
        <w:trPr>
          <w:cantSplit/>
        </w:trPr>
        <w:tc>
          <w:tcPr>
            <w:tcW w:w="28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5E5E42" w14:textId="77777777" w:rsidR="00AB3767" w:rsidRDefault="00BE4018">
            <w:r>
              <w:rPr>
                <w:b/>
                <w:color w:val="101D4A"/>
                <w:sz w:val="20"/>
              </w:rPr>
              <w:t>E-mail</w:t>
            </w:r>
          </w:p>
        </w:tc>
        <w:tc>
          <w:tcPr>
            <w:tcW w:w="6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2C697" w14:textId="77777777" w:rsidR="00AB3767" w:rsidRDefault="00BE4018">
            <w:r>
              <w:rPr>
                <w:sz w:val="20"/>
              </w:rPr>
              <w:t>beauty_made_borodina@mail.ru</w:t>
            </w:r>
          </w:p>
        </w:tc>
      </w:tr>
      <w:tr w:rsidR="00AB3767" w14:paraId="1741496C" w14:textId="77777777">
        <w:trPr>
          <w:cantSplit/>
        </w:trPr>
        <w:tc>
          <w:tcPr>
            <w:tcW w:w="28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C4679E" w14:textId="77777777" w:rsidR="00AB3767" w:rsidRDefault="00BE4018">
            <w:r>
              <w:rPr>
                <w:b/>
                <w:color w:val="101D4A"/>
                <w:sz w:val="20"/>
              </w:rPr>
              <w:t>Сайт и регистрация</w:t>
            </w:r>
          </w:p>
        </w:tc>
        <w:tc>
          <w:tcPr>
            <w:tcW w:w="6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C7C79A" w14:textId="77777777" w:rsidR="00AB3767" w:rsidRDefault="00BE4018">
            <w:r>
              <w:rPr>
                <w:sz w:val="20"/>
              </w:rPr>
              <w:t>https://beauty-made.artpro.art/</w:t>
            </w:r>
          </w:p>
        </w:tc>
      </w:tr>
      <w:tr w:rsidR="00AB3767" w14:paraId="42EF566E" w14:textId="77777777">
        <w:trPr>
          <w:cantSplit/>
        </w:trPr>
        <w:tc>
          <w:tcPr>
            <w:tcW w:w="2800" w:type="dxa"/>
            <w:shd w:val="clear" w:color="auto" w:fill="EAF7F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AA6C0E" w14:textId="77777777" w:rsidR="00AB3767" w:rsidRDefault="00BE4018">
            <w:r>
              <w:rPr>
                <w:b/>
                <w:color w:val="101D4A"/>
                <w:sz w:val="20"/>
              </w:rPr>
              <w:t>Instagram</w:t>
            </w:r>
          </w:p>
        </w:tc>
        <w:tc>
          <w:tcPr>
            <w:tcW w:w="656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003B4A" w14:textId="77777777" w:rsidR="00AB3767" w:rsidRDefault="00BE4018">
            <w:r>
              <w:rPr>
                <w:sz w:val="20"/>
              </w:rPr>
              <w:t>@beauty_made_borodina</w:t>
            </w:r>
          </w:p>
        </w:tc>
      </w:tr>
    </w:tbl>
    <w:p w14:paraId="72D39DEA" w14:textId="77777777" w:rsidR="00AB3767" w:rsidRPr="00090121" w:rsidRDefault="00BE4018">
      <w:pPr>
        <w:keepLines/>
        <w:spacing w:before="280" w:after="0"/>
        <w:jc w:val="center"/>
        <w:rPr>
          <w:lang w:val="ru-RU"/>
        </w:rPr>
      </w:pPr>
      <w:r w:rsidRPr="00090121">
        <w:rPr>
          <w:b/>
          <w:color w:val="EF3340"/>
          <w:sz w:val="28"/>
          <w:lang w:val="ru-RU"/>
        </w:rPr>
        <w:t>ЖДЁМ ВАС НА НАШЕМ КОНКУРСЕ!</w:t>
      </w:r>
    </w:p>
    <w:p w14:paraId="3B5DFFB0" w14:textId="77777777" w:rsidR="00AB3767" w:rsidRPr="00090121" w:rsidRDefault="00BE4018">
      <w:pPr>
        <w:keepLines/>
        <w:jc w:val="center"/>
        <w:rPr>
          <w:lang w:val="ru-RU"/>
        </w:rPr>
      </w:pPr>
      <w:r>
        <w:rPr>
          <w:b/>
          <w:color w:val="101D4A"/>
        </w:rPr>
        <w:t>Beauty</w:t>
      </w:r>
      <w:r w:rsidRPr="00090121">
        <w:rPr>
          <w:b/>
          <w:color w:val="101D4A"/>
          <w:lang w:val="ru-RU"/>
        </w:rPr>
        <w:t xml:space="preserve"> </w:t>
      </w:r>
      <w:r>
        <w:rPr>
          <w:b/>
          <w:color w:val="101D4A"/>
        </w:rPr>
        <w:t>Made</w:t>
      </w:r>
      <w:r w:rsidRPr="00090121">
        <w:rPr>
          <w:b/>
          <w:color w:val="101D4A"/>
          <w:lang w:val="ru-RU"/>
        </w:rPr>
        <w:t xml:space="preserve"> </w:t>
      </w:r>
      <w:r>
        <w:rPr>
          <w:b/>
          <w:color w:val="101D4A"/>
        </w:rPr>
        <w:t>Borodina</w:t>
      </w:r>
      <w:r w:rsidRPr="00090121">
        <w:rPr>
          <w:b/>
          <w:color w:val="101D4A"/>
          <w:lang w:val="ru-RU"/>
        </w:rPr>
        <w:t xml:space="preserve"> </w:t>
      </w:r>
      <w:r>
        <w:rPr>
          <w:b/>
          <w:color w:val="101D4A"/>
        </w:rPr>
        <w:t>Dance</w:t>
      </w:r>
      <w:r w:rsidRPr="00090121">
        <w:rPr>
          <w:b/>
          <w:color w:val="101D4A"/>
          <w:lang w:val="ru-RU"/>
        </w:rPr>
        <w:t xml:space="preserve"> </w:t>
      </w:r>
      <w:r>
        <w:rPr>
          <w:b/>
          <w:color w:val="101D4A"/>
        </w:rPr>
        <w:t>Competition</w:t>
      </w:r>
      <w:r w:rsidRPr="00090121">
        <w:rPr>
          <w:b/>
          <w:color w:val="101D4A"/>
          <w:lang w:val="ru-RU"/>
        </w:rPr>
        <w:t xml:space="preserve"> — место, где талант получает заслуженную награду!</w:t>
      </w:r>
    </w:p>
    <w:sectPr w:rsidR="00AB3767" w:rsidRPr="00090121" w:rsidSect="00034616">
      <w:headerReference w:type="default" r:id="rId11"/>
      <w:footerReference w:type="default" r:id="rId12"/>
      <w:pgSz w:w="11909" w:h="16834"/>
      <w:pgMar w:top="1037" w:right="1123" w:bottom="979" w:left="1123" w:header="461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ABDF8" w14:textId="77777777" w:rsidR="00CA0176" w:rsidRDefault="00CA0176">
      <w:pPr>
        <w:spacing w:after="0" w:line="240" w:lineRule="auto"/>
      </w:pPr>
      <w:r>
        <w:separator/>
      </w:r>
    </w:p>
  </w:endnote>
  <w:endnote w:type="continuationSeparator" w:id="0">
    <w:p w14:paraId="608F3DA5" w14:textId="77777777" w:rsidR="00CA0176" w:rsidRDefault="00CA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AD01" w14:textId="77777777" w:rsidR="00AB3767" w:rsidRDefault="00BE4018">
    <w:pPr>
      <w:pStyle w:val="a7"/>
      <w:jc w:val="center"/>
    </w:pPr>
    <w:r>
      <w:rPr>
        <w:color w:val="566074"/>
        <w:sz w:val="17"/>
      </w:rPr>
      <w:t>beauty-made.artpro.art  •  +7 705 985 42 85  •  @beauty_made_borodina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E9279" w14:textId="77777777" w:rsidR="00CA0176" w:rsidRDefault="00CA0176">
      <w:pPr>
        <w:spacing w:after="0" w:line="240" w:lineRule="auto"/>
      </w:pPr>
      <w:r>
        <w:separator/>
      </w:r>
    </w:p>
  </w:footnote>
  <w:footnote w:type="continuationSeparator" w:id="0">
    <w:p w14:paraId="3EE14EB6" w14:textId="77777777" w:rsidR="00CA0176" w:rsidRDefault="00CA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85B9" w14:textId="77777777" w:rsidR="00AB3767" w:rsidRDefault="00BE4018">
    <w:pPr>
      <w:pStyle w:val="a5"/>
      <w:jc w:val="right"/>
    </w:pPr>
    <w:r>
      <w:rPr>
        <w:b/>
        <w:color w:val="566074"/>
        <w:sz w:val="17"/>
      </w:rPr>
      <w:t>BEAUTY MADE BORODINA DANCE COMPETITION  |  БАКУ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121"/>
    <w:rsid w:val="0015074B"/>
    <w:rsid w:val="0029639D"/>
    <w:rsid w:val="00326F90"/>
    <w:rsid w:val="008460AB"/>
    <w:rsid w:val="00A1629B"/>
    <w:rsid w:val="00AA1D8D"/>
    <w:rsid w:val="00AB3767"/>
    <w:rsid w:val="00B47730"/>
    <w:rsid w:val="00BE4018"/>
    <w:rsid w:val="00CA0176"/>
    <w:rsid w:val="00CB0664"/>
    <w:rsid w:val="00CD62B6"/>
    <w:rsid w:val="00F032B4"/>
    <w:rsid w:val="00F975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8B6C6"/>
  <w14:defaultImageDpi w14:val="300"/>
  <w15:docId w15:val="{4575A90E-50A8-4A4A-92C1-24B492D1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69" w:lineRule="auto"/>
    </w:pPr>
    <w:rPr>
      <w:rFonts w:ascii="Arial" w:hAnsi="Arial"/>
      <w:color w:val="161A22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/>
      <w:b/>
      <w:bCs/>
      <w:color w:val="101D4A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00A3E0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01D4A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 w:line="264" w:lineRule="auto"/>
      <w:ind w:left="490" w:hanging="259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 w:line="264" w:lineRule="auto"/>
      <w:ind w:left="490" w:hanging="259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/>
    </w:pPr>
    <w:rPr>
      <w:rFonts w:ascii="Arial" w:hAnsi="Arial"/>
      <w:b/>
      <w:color w:val="101D4A"/>
      <w:sz w:val="23"/>
    </w:rPr>
  </w:style>
  <w:style w:type="character" w:styleId="aff8">
    <w:name w:val="Hyperlink"/>
    <w:basedOn w:val="a2"/>
    <w:uiPriority w:val="99"/>
    <w:unhideWhenUsed/>
    <w:rsid w:val="00F032B4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F03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beauty-made.artpro.ar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Положение — Beauty Made Borodina Dance Competition, Баку, 3 октября 2026</vt:lpstr>
      <vt:lpstr/>
    </vt:vector>
  </TitlesOfParts>
  <Manager/>
  <Company/>
  <LinksUpToDate>false</LinksUpToDate>
  <CharactersWithSpaces>9397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— Beauty Made Borodina Dance Competition, Баку, 3 октября 2026</dc:title>
  <dc:subject>100-й Международный многожанровый конкурс</dc:subject>
  <dc:creator>Beauty Made Borodina Dance Competition</dc:creator>
  <cp:keywords/>
  <dc:description>generated by python-docx</dc:description>
  <cp:lastModifiedBy>Пользователь</cp:lastModifiedBy>
  <cp:revision>5</cp:revision>
  <dcterms:created xsi:type="dcterms:W3CDTF">2013-12-23T23:15:00Z</dcterms:created>
  <dcterms:modified xsi:type="dcterms:W3CDTF">2026-08-04T22:17:00Z</dcterms:modified>
  <cp:category/>
</cp:coreProperties>
</file>