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951A" w14:textId="77777777" w:rsidR="00C627CF" w:rsidRDefault="009A311A">
      <w:pPr>
        <w:jc w:val="center"/>
      </w:pPr>
      <w:r>
        <w:rPr>
          <w:noProof/>
        </w:rPr>
        <w:drawing>
          <wp:inline distT="0" distB="0" distL="0" distR="0" wp14:anchorId="7CE96474" wp14:editId="20BF9F44">
            <wp:extent cx="6537960" cy="3268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ec-6782ceee-a896-4012-97cf-58dcccae18eb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4D7AB" w14:textId="77777777" w:rsidR="00C627CF" w:rsidRPr="009B6D2E" w:rsidRDefault="009A311A">
      <w:pPr>
        <w:jc w:val="center"/>
        <w:rPr>
          <w:lang w:val="ru-RU"/>
        </w:rPr>
      </w:pPr>
      <w:r w:rsidRPr="009B6D2E">
        <w:rPr>
          <w:b/>
          <w:color w:val="C5005A"/>
          <w:sz w:val="50"/>
          <w:lang w:val="ru-RU"/>
        </w:rPr>
        <w:t>ПОЛОЖЕНИЕ</w:t>
      </w:r>
    </w:p>
    <w:p w14:paraId="04F29111" w14:textId="77777777" w:rsidR="00C627CF" w:rsidRPr="009B6D2E" w:rsidRDefault="009A311A">
      <w:pPr>
        <w:jc w:val="center"/>
        <w:rPr>
          <w:lang w:val="ru-RU"/>
        </w:rPr>
      </w:pPr>
      <w:r w:rsidRPr="009B6D2E">
        <w:rPr>
          <w:b/>
          <w:color w:val="003B73"/>
          <w:sz w:val="30"/>
          <w:lang w:val="ru-RU"/>
        </w:rPr>
        <w:t>101-го Международного многожанрового конкурса</w:t>
      </w:r>
      <w:r w:rsidRPr="009B6D2E">
        <w:rPr>
          <w:b/>
          <w:color w:val="003B73"/>
          <w:sz w:val="30"/>
          <w:lang w:val="ru-RU"/>
        </w:rPr>
        <w:br/>
        <w:t>«</w:t>
      </w:r>
      <w:r>
        <w:rPr>
          <w:b/>
          <w:color w:val="003B73"/>
          <w:sz w:val="30"/>
        </w:rPr>
        <w:t>BEAUTY</w:t>
      </w:r>
      <w:r w:rsidRPr="009B6D2E">
        <w:rPr>
          <w:b/>
          <w:color w:val="003B73"/>
          <w:sz w:val="30"/>
          <w:lang w:val="ru-RU"/>
        </w:rPr>
        <w:t xml:space="preserve"> </w:t>
      </w:r>
      <w:r>
        <w:rPr>
          <w:b/>
          <w:color w:val="003B73"/>
          <w:sz w:val="30"/>
        </w:rPr>
        <w:t>MADE</w:t>
      </w:r>
      <w:r w:rsidRPr="009B6D2E">
        <w:rPr>
          <w:b/>
          <w:color w:val="003B73"/>
          <w:sz w:val="30"/>
          <w:lang w:val="ru-RU"/>
        </w:rPr>
        <w:t xml:space="preserve"> </w:t>
      </w:r>
      <w:r>
        <w:rPr>
          <w:b/>
          <w:color w:val="003B73"/>
          <w:sz w:val="30"/>
        </w:rPr>
        <w:t>BORODINA</w:t>
      </w:r>
      <w:r w:rsidRPr="009B6D2E">
        <w:rPr>
          <w:b/>
          <w:color w:val="003B73"/>
          <w:sz w:val="30"/>
          <w:lang w:val="ru-RU"/>
        </w:rPr>
        <w:t xml:space="preserve"> </w:t>
      </w:r>
      <w:r>
        <w:rPr>
          <w:b/>
          <w:color w:val="003B73"/>
          <w:sz w:val="30"/>
        </w:rPr>
        <w:t>DANCE</w:t>
      </w:r>
      <w:r w:rsidRPr="009B6D2E">
        <w:rPr>
          <w:b/>
          <w:color w:val="003B73"/>
          <w:sz w:val="30"/>
          <w:lang w:val="ru-RU"/>
        </w:rPr>
        <w:t xml:space="preserve"> </w:t>
      </w:r>
      <w:r>
        <w:rPr>
          <w:b/>
          <w:color w:val="003B73"/>
          <w:sz w:val="30"/>
        </w:rPr>
        <w:t>COMPETITION</w:t>
      </w:r>
      <w:r w:rsidRPr="009B6D2E">
        <w:rPr>
          <w:b/>
          <w:color w:val="003B73"/>
          <w:sz w:val="30"/>
          <w:lang w:val="ru-RU"/>
        </w:rPr>
        <w:t>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8352"/>
      </w:tblGrid>
      <w:tr w:rsidR="00C627CF" w14:paraId="168C09DD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3F9C3" w14:textId="77777777" w:rsidR="00C627CF" w:rsidRDefault="009A311A">
            <w:r>
              <w:rPr>
                <w:b/>
                <w:color w:val="003B73"/>
              </w:rPr>
              <w:t>Дата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819DB5" w14:textId="77777777" w:rsidR="00C627CF" w:rsidRDefault="009A311A">
            <w:r>
              <w:t>25 октября 2026 года</w:t>
            </w:r>
          </w:p>
        </w:tc>
      </w:tr>
      <w:tr w:rsidR="00C627CF" w14:paraId="2C226C3D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632659" w14:textId="77777777" w:rsidR="00C627CF" w:rsidRDefault="009A311A">
            <w:r>
              <w:rPr>
                <w:b/>
                <w:color w:val="003B73"/>
              </w:rPr>
              <w:t>Место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C2ED9D" w14:textId="77777777" w:rsidR="00C627CF" w:rsidRDefault="009A311A">
            <w:r>
              <w:t>г. Алматы, Казахстан</w:t>
            </w:r>
          </w:p>
        </w:tc>
      </w:tr>
      <w:tr w:rsidR="00C627CF" w14:paraId="3D6F9812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9F2F96" w14:textId="77777777" w:rsidR="00C627CF" w:rsidRDefault="009A311A">
            <w:r>
              <w:rPr>
                <w:b/>
                <w:color w:val="003B73"/>
              </w:rPr>
              <w:t>Площадка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F155A6" w14:textId="77777777" w:rsidR="00C627CF" w:rsidRDefault="009A311A">
            <w:r>
              <w:t>Дом школьников №6, пр. Сейфуллина, 13/1</w:t>
            </w:r>
          </w:p>
        </w:tc>
      </w:tr>
      <w:tr w:rsidR="00C627CF" w14:paraId="4ED65302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9D16A" w14:textId="77777777" w:rsidR="00C627CF" w:rsidRDefault="009A311A">
            <w:r>
              <w:rPr>
                <w:b/>
                <w:color w:val="003B73"/>
              </w:rPr>
              <w:t>Приём заявок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3B868" w14:textId="77777777" w:rsidR="00C627CF" w:rsidRDefault="009A311A">
            <w:r>
              <w:t xml:space="preserve">до 20 октября 2026 года </w:t>
            </w:r>
            <w:r>
              <w:t>включительно</w:t>
            </w:r>
          </w:p>
        </w:tc>
      </w:tr>
      <w:tr w:rsidR="00C627CF" w14:paraId="39AD7887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3B5CC8" w14:textId="77777777" w:rsidR="00C627CF" w:rsidRDefault="009A311A">
            <w:r>
              <w:rPr>
                <w:b/>
                <w:color w:val="003B73"/>
              </w:rPr>
              <w:t>Призовой фонд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630B17" w14:textId="77777777" w:rsidR="00C627CF" w:rsidRDefault="009A311A">
            <w:r>
              <w:t>300 000 тенге</w:t>
            </w:r>
          </w:p>
        </w:tc>
      </w:tr>
    </w:tbl>
    <w:p w14:paraId="4EF5A098" w14:textId="77777777" w:rsidR="00C627CF" w:rsidRPr="009B6D2E" w:rsidRDefault="009A311A">
      <w:pPr>
        <w:jc w:val="center"/>
        <w:rPr>
          <w:lang w:val="ru-RU"/>
        </w:rPr>
      </w:pPr>
      <w:r w:rsidRPr="009B6D2E">
        <w:rPr>
          <w:b/>
          <w:i/>
          <w:color w:val="C5005A"/>
          <w:lang w:val="ru-RU"/>
        </w:rPr>
        <w:t>Честное жюри. Объективная оценка. Заслуженный результат.</w:t>
      </w:r>
    </w:p>
    <w:p w14:paraId="401EC0FC" w14:textId="77777777" w:rsidR="00C627CF" w:rsidRPr="009B6D2E" w:rsidRDefault="009A311A">
      <w:pPr>
        <w:pStyle w:val="1"/>
        <w:rPr>
          <w:lang w:val="ru-RU"/>
        </w:rPr>
      </w:pPr>
      <w:r w:rsidRPr="009B6D2E">
        <w:rPr>
          <w:lang w:val="ru-RU"/>
        </w:rPr>
        <w:t>1. О КОНКУРСЕ</w:t>
      </w:r>
    </w:p>
    <w:p w14:paraId="76DE4E3F" w14:textId="77777777" w:rsidR="00C627CF" w:rsidRPr="009B6D2E" w:rsidRDefault="009A311A">
      <w:pPr>
        <w:rPr>
          <w:lang w:val="ru-RU"/>
        </w:rPr>
      </w:pPr>
      <w:r>
        <w:t>Beauty</w:t>
      </w:r>
      <w:r w:rsidRPr="009B6D2E">
        <w:rPr>
          <w:lang w:val="ru-RU"/>
        </w:rPr>
        <w:t xml:space="preserve"> </w:t>
      </w:r>
      <w:r>
        <w:t>Made</w:t>
      </w:r>
      <w:r w:rsidRPr="009B6D2E">
        <w:rPr>
          <w:lang w:val="ru-RU"/>
        </w:rPr>
        <w:t xml:space="preserve"> </w:t>
      </w:r>
      <w:proofErr w:type="spellStart"/>
      <w:r>
        <w:t>Borodina</w:t>
      </w:r>
      <w:proofErr w:type="spellEnd"/>
      <w:r w:rsidRPr="009B6D2E">
        <w:rPr>
          <w:lang w:val="ru-RU"/>
        </w:rPr>
        <w:t xml:space="preserve"> </w:t>
      </w:r>
      <w:r>
        <w:t>Dance</w:t>
      </w:r>
      <w:r w:rsidRPr="009B6D2E">
        <w:rPr>
          <w:lang w:val="ru-RU"/>
        </w:rPr>
        <w:t xml:space="preserve"> </w:t>
      </w:r>
      <w:r>
        <w:t>Competition</w:t>
      </w:r>
      <w:r w:rsidRPr="009B6D2E">
        <w:rPr>
          <w:lang w:val="ru-RU"/>
        </w:rPr>
        <w:t xml:space="preserve"> — современный международный многожанровый конкурс с доступными и понятными условиями участия. Мы создаё</w:t>
      </w:r>
      <w:r w:rsidRPr="009B6D2E">
        <w:rPr>
          <w:lang w:val="ru-RU"/>
        </w:rPr>
        <w:t>м комфортное творческое пространство для раскрытия талантов, где важны результат, эмоции, сценический опыт и объективная оценка выступления.</w:t>
      </w:r>
    </w:p>
    <w:p w14:paraId="496CCAC3" w14:textId="77777777" w:rsidR="00C627CF" w:rsidRDefault="009A311A">
      <w:pPr>
        <w:pStyle w:val="a0"/>
      </w:pPr>
      <w:proofErr w:type="spellStart"/>
      <w:r>
        <w:t>Каждый</w:t>
      </w:r>
      <w:proofErr w:type="spellEnd"/>
      <w:r>
        <w:t xml:space="preserve"> </w:t>
      </w:r>
      <w:proofErr w:type="spellStart"/>
      <w:r>
        <w:t>участник</w:t>
      </w:r>
      <w:proofErr w:type="spellEnd"/>
      <w:r>
        <w:t xml:space="preserve"> </w:t>
      </w:r>
      <w:proofErr w:type="spellStart"/>
      <w:r>
        <w:t>получает</w:t>
      </w:r>
      <w:proofErr w:type="spellEnd"/>
      <w:r>
        <w:t xml:space="preserve"> </w:t>
      </w:r>
      <w:proofErr w:type="spellStart"/>
      <w:r>
        <w:t>награду</w:t>
      </w:r>
      <w:proofErr w:type="spellEnd"/>
    </w:p>
    <w:p w14:paraId="6DAB68B0" w14:textId="77777777" w:rsidR="00C627CF" w:rsidRDefault="009A311A">
      <w:pPr>
        <w:pStyle w:val="a0"/>
      </w:pPr>
      <w:r>
        <w:t>Кубки, медали и именные дипломы</w:t>
      </w:r>
    </w:p>
    <w:p w14:paraId="63DC1D93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 xml:space="preserve">Профессиональная сцена и высокий уровень </w:t>
      </w:r>
      <w:r w:rsidRPr="009B6D2E">
        <w:rPr>
          <w:lang w:val="ru-RU"/>
        </w:rPr>
        <w:t>организации</w:t>
      </w:r>
    </w:p>
    <w:p w14:paraId="0E677123" w14:textId="77777777" w:rsidR="00C627CF" w:rsidRDefault="009A311A">
      <w:pPr>
        <w:pStyle w:val="a0"/>
      </w:pPr>
      <w:proofErr w:type="spellStart"/>
      <w:r>
        <w:t>Честное</w:t>
      </w:r>
      <w:proofErr w:type="spellEnd"/>
      <w:r>
        <w:t xml:space="preserve"> и </w:t>
      </w:r>
      <w:proofErr w:type="spellStart"/>
      <w:r>
        <w:t>объективное</w:t>
      </w:r>
      <w:proofErr w:type="spellEnd"/>
      <w:r>
        <w:t xml:space="preserve"> </w:t>
      </w:r>
      <w:proofErr w:type="spellStart"/>
      <w:r>
        <w:t>жюри</w:t>
      </w:r>
      <w:proofErr w:type="spellEnd"/>
    </w:p>
    <w:p w14:paraId="316C124C" w14:textId="77777777" w:rsidR="00C627CF" w:rsidRDefault="009A311A">
      <w:pPr>
        <w:pStyle w:val="a0"/>
      </w:pPr>
      <w:r>
        <w:t>Равные условия для всех участников</w:t>
      </w:r>
    </w:p>
    <w:p w14:paraId="1A06CB7F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 xml:space="preserve">Информация о конкурсе размещается на порталах </w:t>
      </w:r>
      <w:proofErr w:type="spellStart"/>
      <w:r>
        <w:t>ArtDance</w:t>
      </w:r>
      <w:proofErr w:type="spellEnd"/>
      <w:r w:rsidRPr="009B6D2E">
        <w:rPr>
          <w:lang w:val="ru-RU"/>
        </w:rPr>
        <w:t>.</w:t>
      </w:r>
      <w:proofErr w:type="spellStart"/>
      <w:r>
        <w:t>kz</w:t>
      </w:r>
      <w:proofErr w:type="spellEnd"/>
      <w:r w:rsidRPr="009B6D2E">
        <w:rPr>
          <w:lang w:val="ru-RU"/>
        </w:rPr>
        <w:t xml:space="preserve"> и </w:t>
      </w:r>
      <w:proofErr w:type="spellStart"/>
      <w:r>
        <w:t>Festivali</w:t>
      </w:r>
      <w:proofErr w:type="spellEnd"/>
      <w:r w:rsidRPr="009B6D2E">
        <w:rPr>
          <w:lang w:val="ru-RU"/>
        </w:rPr>
        <w:t>.</w:t>
      </w:r>
      <w:proofErr w:type="spellStart"/>
      <w:r>
        <w:t>kz</w:t>
      </w:r>
      <w:proofErr w:type="spellEnd"/>
      <w:r w:rsidRPr="009B6D2E">
        <w:rPr>
          <w:lang w:val="ru-RU"/>
        </w:rPr>
        <w:t xml:space="preserve">, на официальном сайте и в </w:t>
      </w:r>
      <w:r>
        <w:t>Instagram</w:t>
      </w:r>
      <w:r w:rsidRPr="009B6D2E">
        <w:rPr>
          <w:lang w:val="ru-RU"/>
        </w:rPr>
        <w:t xml:space="preserve"> организатора.</w:t>
      </w:r>
    </w:p>
    <w:p w14:paraId="11B99178" w14:textId="77777777" w:rsidR="00C627CF" w:rsidRPr="009B6D2E" w:rsidRDefault="009A311A">
      <w:pPr>
        <w:pStyle w:val="1"/>
        <w:rPr>
          <w:lang w:val="ru-RU"/>
        </w:rPr>
      </w:pPr>
      <w:r w:rsidRPr="009B6D2E">
        <w:rPr>
          <w:lang w:val="ru-RU"/>
        </w:rPr>
        <w:lastRenderedPageBreak/>
        <w:t>2. ДАТА, МЕСТО И ПРИЁМ ЗАЯВОК</w:t>
      </w:r>
    </w:p>
    <w:p w14:paraId="170E6344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Дата проведения: 25 октября 2</w:t>
      </w:r>
      <w:r w:rsidRPr="009B6D2E">
        <w:rPr>
          <w:lang w:val="ru-RU"/>
        </w:rPr>
        <w:t>026 года.</w:t>
      </w:r>
      <w:r w:rsidRPr="009B6D2E">
        <w:rPr>
          <w:lang w:val="ru-RU"/>
        </w:rPr>
        <w:br/>
        <w:t>Место проведения: г. Алматы, Дом школьников №6, пр. Сейфуллина, 13/1.</w:t>
      </w:r>
    </w:p>
    <w:p w14:paraId="1E02E3CC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 xml:space="preserve">Заявки и оплата участия принимаются до 20 октября 2026 года включительно. Регистрация осуществляется строго на официальном сайте: </w:t>
      </w:r>
      <w:r>
        <w:t>https</w:t>
      </w:r>
      <w:r w:rsidRPr="009B6D2E">
        <w:rPr>
          <w:lang w:val="ru-RU"/>
        </w:rPr>
        <w:t>://</w:t>
      </w:r>
      <w:r>
        <w:t>beauty</w:t>
      </w:r>
      <w:r w:rsidRPr="009B6D2E">
        <w:rPr>
          <w:lang w:val="ru-RU"/>
        </w:rPr>
        <w:t>-</w:t>
      </w:r>
      <w:r>
        <w:t>made</w:t>
      </w:r>
      <w:r w:rsidRPr="009B6D2E">
        <w:rPr>
          <w:lang w:val="ru-RU"/>
        </w:rPr>
        <w:t>.</w:t>
      </w:r>
      <w:proofErr w:type="spellStart"/>
      <w:r>
        <w:t>artpro</w:t>
      </w:r>
      <w:proofErr w:type="spellEnd"/>
      <w:r w:rsidRPr="009B6D2E">
        <w:rPr>
          <w:lang w:val="ru-RU"/>
        </w:rPr>
        <w:t>.</w:t>
      </w:r>
      <w:r>
        <w:t>art</w:t>
      </w:r>
      <w:r w:rsidRPr="009B6D2E">
        <w:rPr>
          <w:lang w:val="ru-RU"/>
        </w:rPr>
        <w:t>/</w:t>
      </w:r>
    </w:p>
    <w:p w14:paraId="6FE9D682" w14:textId="77777777" w:rsidR="00C627CF" w:rsidRPr="009B6D2E" w:rsidRDefault="009A311A">
      <w:pPr>
        <w:rPr>
          <w:lang w:val="ru-RU"/>
        </w:rPr>
      </w:pPr>
      <w:r w:rsidRPr="009B6D2E">
        <w:rPr>
          <w:b/>
          <w:color w:val="C5005A"/>
          <w:lang w:val="ru-RU"/>
        </w:rPr>
        <w:t xml:space="preserve">Важно! </w:t>
      </w:r>
      <w:r w:rsidRPr="009B6D2E">
        <w:rPr>
          <w:lang w:val="ru-RU"/>
        </w:rPr>
        <w:t>Внимате</w:t>
      </w:r>
      <w:r w:rsidRPr="009B6D2E">
        <w:rPr>
          <w:lang w:val="ru-RU"/>
        </w:rPr>
        <w:t>льно проверяйте данные в заявке: они автоматически переносятся в дипломы. После 20 октября изменения и исправления могут не приниматься, поскольку наградная продукция изготавливается заранее.</w:t>
      </w:r>
    </w:p>
    <w:p w14:paraId="78D72B6A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 xml:space="preserve">После оплаты необходимо отправить чек на </w:t>
      </w:r>
      <w:r>
        <w:t>WhatsApp</w:t>
      </w:r>
      <w:r w:rsidRPr="009B6D2E">
        <w:rPr>
          <w:lang w:val="ru-RU"/>
        </w:rPr>
        <w:t>: +7 705 985 42</w:t>
      </w:r>
      <w:r w:rsidRPr="009B6D2E">
        <w:rPr>
          <w:lang w:val="ru-RU"/>
        </w:rPr>
        <w:t xml:space="preserve"> 85, указав Ф. И. О. участника или название коллектива, название конкурсного номера и номинацию.</w:t>
      </w:r>
    </w:p>
    <w:p w14:paraId="71A97AD0" w14:textId="77777777" w:rsidR="00C627CF" w:rsidRPr="009B6D2E" w:rsidRDefault="009A311A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724DC78C" wp14:editId="2CED2984">
            <wp:extent cx="1234440" cy="1234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registratio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6D2E">
        <w:rPr>
          <w:b/>
          <w:color w:val="C5005A"/>
          <w:sz w:val="20"/>
          <w:lang w:val="ru-RU"/>
        </w:rPr>
        <w:br/>
        <w:t>СКАНИРУЙТЕ ДЛЯ РЕГИСТРАЦИИ</w:t>
      </w:r>
    </w:p>
    <w:p w14:paraId="0DD980C4" w14:textId="77777777" w:rsidR="00C627CF" w:rsidRPr="009B6D2E" w:rsidRDefault="009A311A">
      <w:pPr>
        <w:pStyle w:val="1"/>
        <w:rPr>
          <w:lang w:val="ru-RU"/>
        </w:rPr>
      </w:pPr>
      <w:r w:rsidRPr="009B6D2E">
        <w:rPr>
          <w:lang w:val="ru-RU"/>
        </w:rPr>
        <w:t>3. УЧАСТНИКИ И ВОЗРАСТНЫЕ КАТЕГОРИИ</w:t>
      </w:r>
    </w:p>
    <w:p w14:paraId="6C2D94C6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К участию приглашаются солисты, дуэты, трио, квартеты, группы, ансамбли и творческие коллектив</w:t>
      </w:r>
      <w:r w:rsidRPr="009B6D2E">
        <w:rPr>
          <w:lang w:val="ru-RU"/>
        </w:rPr>
        <w:t>ы от 3 лет и старше.</w:t>
      </w:r>
    </w:p>
    <w:p w14:paraId="2BB16B43" w14:textId="77777777" w:rsidR="00C627CF" w:rsidRDefault="009A311A">
      <w:pPr>
        <w:pStyle w:val="a0"/>
      </w:pPr>
      <w:r>
        <w:t xml:space="preserve">3–5 </w:t>
      </w:r>
      <w:proofErr w:type="spellStart"/>
      <w:r>
        <w:t>лет</w:t>
      </w:r>
      <w:proofErr w:type="spellEnd"/>
      <w:r>
        <w:t xml:space="preserve"> — </w:t>
      </w:r>
      <w:proofErr w:type="spellStart"/>
      <w:r>
        <w:t>малыши</w:t>
      </w:r>
      <w:proofErr w:type="spellEnd"/>
    </w:p>
    <w:p w14:paraId="506CC294" w14:textId="77777777" w:rsidR="00C627CF" w:rsidRDefault="009A311A">
      <w:pPr>
        <w:pStyle w:val="a0"/>
      </w:pPr>
      <w:r>
        <w:t>6–8 лет — младшая возрастная категория</w:t>
      </w:r>
    </w:p>
    <w:p w14:paraId="77718E6A" w14:textId="77777777" w:rsidR="00C627CF" w:rsidRDefault="009A311A">
      <w:pPr>
        <w:pStyle w:val="a0"/>
      </w:pPr>
      <w:r>
        <w:t>9–11 лет — средняя возрастная категория</w:t>
      </w:r>
    </w:p>
    <w:p w14:paraId="5A7172DD" w14:textId="77777777" w:rsidR="00C627CF" w:rsidRDefault="009A311A">
      <w:pPr>
        <w:pStyle w:val="a0"/>
      </w:pPr>
      <w:r>
        <w:t>12–14 лет — подростковая возрастная категория</w:t>
      </w:r>
    </w:p>
    <w:p w14:paraId="4D5079F3" w14:textId="77777777" w:rsidR="00C627CF" w:rsidRDefault="009A311A">
      <w:pPr>
        <w:pStyle w:val="a0"/>
      </w:pPr>
      <w:r>
        <w:t>15–17 лет — старшая возрастная категория</w:t>
      </w:r>
    </w:p>
    <w:p w14:paraId="23634E2C" w14:textId="77777777" w:rsidR="00C627CF" w:rsidRDefault="009A311A">
      <w:pPr>
        <w:pStyle w:val="a0"/>
      </w:pPr>
      <w:r>
        <w:t>18–29 лет — взрослая возрастная категория</w:t>
      </w:r>
    </w:p>
    <w:p w14:paraId="33BAC13B" w14:textId="77777777" w:rsidR="00C627CF" w:rsidRDefault="009A311A">
      <w:pPr>
        <w:pStyle w:val="a0"/>
      </w:pPr>
      <w:r>
        <w:t xml:space="preserve">30–49 </w:t>
      </w:r>
      <w:r>
        <w:t>лет — категория 30+</w:t>
      </w:r>
    </w:p>
    <w:p w14:paraId="1E93C6B5" w14:textId="77777777" w:rsidR="00C627CF" w:rsidRDefault="009A311A">
      <w:pPr>
        <w:pStyle w:val="a0"/>
      </w:pPr>
      <w:r>
        <w:t>50 лет и старше — категория 50+</w:t>
      </w:r>
    </w:p>
    <w:p w14:paraId="263AD22A" w14:textId="77777777" w:rsidR="00C627CF" w:rsidRDefault="009A311A">
      <w:pPr>
        <w:pStyle w:val="a0"/>
      </w:pPr>
      <w:r>
        <w:t>Смешанная возрастная категория</w:t>
      </w:r>
    </w:p>
    <w:p w14:paraId="399D68E1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Возраст определяется на день проведения конкурса. Для групп возрастная категория определяется по большинству участников. Допускается участие нескольких исполнителей другой в</w:t>
      </w:r>
      <w:r w:rsidRPr="009B6D2E">
        <w:rPr>
          <w:lang w:val="ru-RU"/>
        </w:rPr>
        <w:t>озрастной категории, если это не влияет на общее возрастное распределение коллектива.</w:t>
      </w:r>
    </w:p>
    <w:p w14:paraId="66CD4E7C" w14:textId="77777777" w:rsidR="00C627CF" w:rsidRDefault="009A311A">
      <w:pPr>
        <w:pStyle w:val="1"/>
      </w:pPr>
      <w:r>
        <w:t>4. НОМИНАЦИИ И ЖАНРЫ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8136"/>
      </w:tblGrid>
      <w:tr w:rsidR="00C627CF" w14:paraId="23093D8F" w14:textId="77777777">
        <w:trPr>
          <w:tblHeader/>
          <w:jc w:val="center"/>
        </w:trPr>
        <w:tc>
          <w:tcPr>
            <w:tcW w:w="5184" w:type="dxa"/>
            <w:shd w:val="clear" w:color="auto" w:fill="003B7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48E793" w14:textId="77777777" w:rsidR="00C627CF" w:rsidRDefault="009A311A">
            <w:pPr>
              <w:jc w:val="center"/>
            </w:pPr>
            <w:r>
              <w:rPr>
                <w:b/>
                <w:color w:val="FFFFFF"/>
              </w:rPr>
              <w:t>Направление</w:t>
            </w:r>
          </w:p>
        </w:tc>
        <w:tc>
          <w:tcPr>
            <w:tcW w:w="5184" w:type="dxa"/>
            <w:shd w:val="clear" w:color="auto" w:fill="003B7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E8EE43" w14:textId="77777777" w:rsidR="00C627CF" w:rsidRDefault="009A311A">
            <w:pPr>
              <w:jc w:val="center"/>
            </w:pPr>
            <w:r>
              <w:rPr>
                <w:b/>
                <w:color w:val="FFFFFF"/>
              </w:rPr>
              <w:t>Номинации и жанры</w:t>
            </w:r>
          </w:p>
        </w:tc>
      </w:tr>
      <w:tr w:rsidR="00C627CF" w:rsidRPr="009B6D2E" w14:paraId="63DA410A" w14:textId="77777777">
        <w:trPr>
          <w:jc w:val="center"/>
        </w:trPr>
        <w:tc>
          <w:tcPr>
            <w:tcW w:w="2376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B59C9" w14:textId="77777777" w:rsidR="00C627CF" w:rsidRDefault="009A311A" w:rsidP="009B6D2E">
            <w:pPr>
              <w:ind w:left="1096"/>
            </w:pPr>
            <w:proofErr w:type="spellStart"/>
            <w:r>
              <w:rPr>
                <w:b/>
              </w:rPr>
              <w:t>Хореография</w:t>
            </w:r>
            <w:proofErr w:type="spellEnd"/>
          </w:p>
        </w:tc>
        <w:tc>
          <w:tcPr>
            <w:tcW w:w="81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004EC2" w14:textId="77777777" w:rsidR="00C627CF" w:rsidRPr="009B6D2E" w:rsidRDefault="009A311A" w:rsidP="009B6D2E">
            <w:pPr>
              <w:ind w:right="833"/>
              <w:rPr>
                <w:lang w:val="ru-RU"/>
              </w:rPr>
            </w:pPr>
            <w:r w:rsidRPr="009B6D2E">
              <w:rPr>
                <w:lang w:val="ru-RU"/>
              </w:rPr>
              <w:t xml:space="preserve">Классический, народный, народно-стилизованный, эстрадный и современный танец; </w:t>
            </w:r>
            <w:r>
              <w:t>Contemporary</w:t>
            </w:r>
            <w:r w:rsidRPr="009B6D2E">
              <w:rPr>
                <w:lang w:val="ru-RU"/>
              </w:rPr>
              <w:t xml:space="preserve">; </w:t>
            </w:r>
            <w:r>
              <w:t>Modern</w:t>
            </w:r>
            <w:r w:rsidRPr="009B6D2E">
              <w:rPr>
                <w:lang w:val="ru-RU"/>
              </w:rPr>
              <w:t xml:space="preserve">; </w:t>
            </w:r>
            <w:r>
              <w:t>Jazz</w:t>
            </w:r>
            <w:r w:rsidRPr="009B6D2E">
              <w:rPr>
                <w:lang w:val="ru-RU"/>
              </w:rPr>
              <w:t xml:space="preserve"> </w:t>
            </w:r>
            <w:r>
              <w:t>Modern</w:t>
            </w:r>
            <w:r w:rsidRPr="009B6D2E">
              <w:rPr>
                <w:lang w:val="ru-RU"/>
              </w:rPr>
              <w:t xml:space="preserve">; </w:t>
            </w:r>
            <w:proofErr w:type="spellStart"/>
            <w:r w:rsidRPr="009B6D2E">
              <w:rPr>
                <w:lang w:val="ru-RU"/>
              </w:rPr>
              <w:t>эстрадно</w:t>
            </w:r>
            <w:proofErr w:type="spellEnd"/>
            <w:r w:rsidRPr="009B6D2E">
              <w:rPr>
                <w:lang w:val="ru-RU"/>
              </w:rPr>
              <w:t xml:space="preserve">-спортивный, уличный, бальный, восточный, кавказский и казахский национальный танец; </w:t>
            </w:r>
            <w:r>
              <w:t>Hip</w:t>
            </w:r>
            <w:r w:rsidRPr="009B6D2E">
              <w:rPr>
                <w:lang w:val="ru-RU"/>
              </w:rPr>
              <w:t>-</w:t>
            </w:r>
            <w:r>
              <w:t>Hop</w:t>
            </w:r>
            <w:r w:rsidRPr="009B6D2E">
              <w:rPr>
                <w:lang w:val="ru-RU"/>
              </w:rPr>
              <w:t xml:space="preserve">; </w:t>
            </w:r>
            <w:r>
              <w:t>Jazz</w:t>
            </w:r>
            <w:r w:rsidRPr="009B6D2E">
              <w:rPr>
                <w:lang w:val="ru-RU"/>
              </w:rPr>
              <w:t xml:space="preserve"> </w:t>
            </w:r>
            <w:r>
              <w:t>Funk</w:t>
            </w:r>
            <w:r w:rsidRPr="009B6D2E">
              <w:rPr>
                <w:lang w:val="ru-RU"/>
              </w:rPr>
              <w:t xml:space="preserve">; </w:t>
            </w:r>
            <w:r>
              <w:t>Dancehall</w:t>
            </w:r>
            <w:r w:rsidRPr="009B6D2E">
              <w:rPr>
                <w:lang w:val="ru-RU"/>
              </w:rPr>
              <w:t xml:space="preserve">; </w:t>
            </w:r>
            <w:r>
              <w:t>Break</w:t>
            </w:r>
            <w:r w:rsidRPr="009B6D2E">
              <w:rPr>
                <w:lang w:val="ru-RU"/>
              </w:rPr>
              <w:t xml:space="preserve"> </w:t>
            </w:r>
            <w:r>
              <w:t>Dance</w:t>
            </w:r>
            <w:r w:rsidRPr="009B6D2E">
              <w:rPr>
                <w:lang w:val="ru-RU"/>
              </w:rPr>
              <w:t>; детский танец; театр танца; танцевальное шоу; смешанная хореография.</w:t>
            </w:r>
          </w:p>
        </w:tc>
      </w:tr>
      <w:tr w:rsidR="00C627CF" w:rsidRPr="009B6D2E" w14:paraId="09F17BBD" w14:textId="77777777">
        <w:trPr>
          <w:jc w:val="center"/>
        </w:trPr>
        <w:tc>
          <w:tcPr>
            <w:tcW w:w="2376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FE114C" w14:textId="77777777" w:rsidR="00C627CF" w:rsidRDefault="009A311A" w:rsidP="009B6D2E">
            <w:pPr>
              <w:ind w:left="1096"/>
            </w:pPr>
            <w:proofErr w:type="spellStart"/>
            <w:r>
              <w:rPr>
                <w:b/>
              </w:rPr>
              <w:t>Вокал</w:t>
            </w:r>
            <w:proofErr w:type="spellEnd"/>
          </w:p>
        </w:tc>
        <w:tc>
          <w:tcPr>
            <w:tcW w:w="81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EA6355" w14:textId="77777777" w:rsidR="00C627CF" w:rsidRPr="009B6D2E" w:rsidRDefault="009A311A" w:rsidP="009B6D2E">
            <w:pPr>
              <w:ind w:right="975"/>
              <w:rPr>
                <w:lang w:val="ru-RU"/>
              </w:rPr>
            </w:pPr>
            <w:r w:rsidRPr="009B6D2E">
              <w:rPr>
                <w:lang w:val="ru-RU"/>
              </w:rPr>
              <w:t>Эстрадный, народный, академиче</w:t>
            </w:r>
            <w:r w:rsidRPr="009B6D2E">
              <w:rPr>
                <w:lang w:val="ru-RU"/>
              </w:rPr>
              <w:t xml:space="preserve">ский и джазовый вокал; </w:t>
            </w:r>
            <w:r w:rsidRPr="009B6D2E">
              <w:rPr>
                <w:lang w:val="ru-RU"/>
              </w:rPr>
              <w:lastRenderedPageBreak/>
              <w:t>патриотическая, авторская, современная и детская песня; песня на родном языке; вокальное шоу; хоровое и ансамблевое пение.</w:t>
            </w:r>
          </w:p>
        </w:tc>
      </w:tr>
      <w:tr w:rsidR="00C627CF" w:rsidRPr="009B6D2E" w14:paraId="15B98F88" w14:textId="77777777">
        <w:trPr>
          <w:jc w:val="center"/>
        </w:trPr>
        <w:tc>
          <w:tcPr>
            <w:tcW w:w="2376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4BC8F" w14:textId="77777777" w:rsidR="00C627CF" w:rsidRDefault="009A311A" w:rsidP="009B6D2E">
            <w:pPr>
              <w:ind w:left="954"/>
            </w:pPr>
            <w:proofErr w:type="spellStart"/>
            <w:r>
              <w:rPr>
                <w:b/>
              </w:rPr>
              <w:lastRenderedPageBreak/>
              <w:t>Инструментальное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искусство</w:t>
            </w:r>
            <w:proofErr w:type="spellEnd"/>
          </w:p>
        </w:tc>
        <w:tc>
          <w:tcPr>
            <w:tcW w:w="81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26495" w14:textId="77777777" w:rsidR="00C627CF" w:rsidRPr="009B6D2E" w:rsidRDefault="009A311A">
            <w:pPr>
              <w:rPr>
                <w:lang w:val="ru-RU"/>
              </w:rPr>
            </w:pPr>
            <w:r w:rsidRPr="009B6D2E">
              <w:rPr>
                <w:lang w:val="ru-RU"/>
              </w:rPr>
              <w:t>Фортепиано; струнные, духовые, ударные, электронные и народные инструменты; скрипк</w:t>
            </w:r>
            <w:r w:rsidRPr="009B6D2E">
              <w:rPr>
                <w:lang w:val="ru-RU"/>
              </w:rPr>
              <w:t>а; гитара; домбра; кобыз; баян; аккордеон; ансамбль; оркестр.</w:t>
            </w:r>
          </w:p>
        </w:tc>
      </w:tr>
      <w:tr w:rsidR="00C627CF" w:rsidRPr="009B6D2E" w14:paraId="44B33A25" w14:textId="77777777">
        <w:trPr>
          <w:jc w:val="center"/>
        </w:trPr>
        <w:tc>
          <w:tcPr>
            <w:tcW w:w="2376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C4215C" w14:textId="77777777" w:rsidR="00C627CF" w:rsidRDefault="009A311A" w:rsidP="009B6D2E">
            <w:pPr>
              <w:ind w:left="954"/>
            </w:pPr>
            <w:proofErr w:type="spellStart"/>
            <w:r>
              <w:rPr>
                <w:b/>
              </w:rPr>
              <w:t>Театр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актёрское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мастерство</w:t>
            </w:r>
            <w:proofErr w:type="spellEnd"/>
          </w:p>
        </w:tc>
        <w:tc>
          <w:tcPr>
            <w:tcW w:w="81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08ECE" w14:textId="77777777" w:rsidR="00C627CF" w:rsidRPr="009B6D2E" w:rsidRDefault="009A311A">
            <w:pPr>
              <w:rPr>
                <w:lang w:val="ru-RU"/>
              </w:rPr>
            </w:pPr>
            <w:r w:rsidRPr="009B6D2E">
              <w:rPr>
                <w:lang w:val="ru-RU"/>
              </w:rPr>
              <w:t>Драматический, музыкальный, кукольный и пластический театр; театр миниатюр и мод; постановка; отрывок; монолог; диалог; сценическая миниатюра; пантомима.</w:t>
            </w:r>
          </w:p>
        </w:tc>
      </w:tr>
      <w:tr w:rsidR="00C627CF" w:rsidRPr="009B6D2E" w14:paraId="300E156C" w14:textId="77777777">
        <w:trPr>
          <w:jc w:val="center"/>
        </w:trPr>
        <w:tc>
          <w:tcPr>
            <w:tcW w:w="2376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A77F5" w14:textId="77777777" w:rsidR="00C627CF" w:rsidRDefault="009A311A" w:rsidP="009B6D2E">
            <w:pPr>
              <w:ind w:left="954"/>
            </w:pPr>
            <w:proofErr w:type="spellStart"/>
            <w:r>
              <w:rPr>
                <w:b/>
              </w:rPr>
              <w:t>Художественное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слово</w:t>
            </w:r>
            <w:proofErr w:type="spellEnd"/>
          </w:p>
        </w:tc>
        <w:tc>
          <w:tcPr>
            <w:tcW w:w="81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8B5AA" w14:textId="77777777" w:rsidR="00C627CF" w:rsidRPr="009B6D2E" w:rsidRDefault="009A311A">
            <w:pPr>
              <w:rPr>
                <w:lang w:val="ru-RU"/>
              </w:rPr>
            </w:pPr>
            <w:r w:rsidRPr="009B6D2E">
              <w:rPr>
                <w:lang w:val="ru-RU"/>
              </w:rPr>
              <w:t>Стихотворение; проза; басня; литературная и поэтическая композиция; авторское и патриотическое произведение; коллективное чтение.</w:t>
            </w:r>
          </w:p>
        </w:tc>
      </w:tr>
      <w:tr w:rsidR="00C627CF" w:rsidRPr="009B6D2E" w14:paraId="10ED9CD2" w14:textId="77777777">
        <w:trPr>
          <w:jc w:val="center"/>
        </w:trPr>
        <w:tc>
          <w:tcPr>
            <w:tcW w:w="2376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8A1D5" w14:textId="77777777" w:rsidR="00C627CF" w:rsidRDefault="009A311A" w:rsidP="009B6D2E">
            <w:pPr>
              <w:ind w:left="954"/>
            </w:pPr>
            <w:proofErr w:type="spellStart"/>
            <w:r>
              <w:rPr>
                <w:b/>
              </w:rPr>
              <w:t>Цирковое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оригинальное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искусство</w:t>
            </w:r>
            <w:proofErr w:type="spellEnd"/>
          </w:p>
        </w:tc>
        <w:tc>
          <w:tcPr>
            <w:tcW w:w="81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53ACE" w14:textId="77777777" w:rsidR="00C627CF" w:rsidRPr="009B6D2E" w:rsidRDefault="009A311A" w:rsidP="009B6D2E">
            <w:pPr>
              <w:ind w:right="1542"/>
              <w:rPr>
                <w:lang w:val="ru-RU"/>
              </w:rPr>
            </w:pPr>
            <w:r w:rsidRPr="009B6D2E">
              <w:rPr>
                <w:lang w:val="ru-RU"/>
              </w:rPr>
              <w:t>Акробатика; гимнастика; эквилибр; жонглирование; иллюзия; клоунада; ор</w:t>
            </w:r>
            <w:r w:rsidRPr="009B6D2E">
              <w:rPr>
                <w:lang w:val="ru-RU"/>
              </w:rPr>
              <w:t>игинальный жанр.</w:t>
            </w:r>
          </w:p>
        </w:tc>
      </w:tr>
      <w:tr w:rsidR="00C627CF" w:rsidRPr="009B6D2E" w14:paraId="37509CE3" w14:textId="77777777">
        <w:trPr>
          <w:jc w:val="center"/>
        </w:trPr>
        <w:tc>
          <w:tcPr>
            <w:tcW w:w="2376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A5EFAC" w14:textId="77777777" w:rsidR="00C627CF" w:rsidRDefault="009A311A">
            <w:r>
              <w:rPr>
                <w:b/>
              </w:rPr>
              <w:t>ИЗО</w:t>
            </w:r>
          </w:p>
        </w:tc>
        <w:tc>
          <w:tcPr>
            <w:tcW w:w="81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E8429F" w14:textId="77777777" w:rsidR="00C627CF" w:rsidRPr="009B6D2E" w:rsidRDefault="009A311A" w:rsidP="009B6D2E">
            <w:pPr>
              <w:ind w:right="975"/>
              <w:rPr>
                <w:lang w:val="ru-RU"/>
              </w:rPr>
            </w:pPr>
            <w:r w:rsidRPr="009B6D2E">
              <w:rPr>
                <w:lang w:val="ru-RU"/>
              </w:rPr>
              <w:t>Живопись; графика; рисунок; акварель; гуашь; пастель; акрил; иллюстрация; портрет; пейзаж; натюрморт; сюжетная, декоративная и смешанная композиция.</w:t>
            </w:r>
          </w:p>
        </w:tc>
      </w:tr>
      <w:tr w:rsidR="00C627CF" w:rsidRPr="009B6D2E" w14:paraId="71FE049C" w14:textId="77777777">
        <w:trPr>
          <w:jc w:val="center"/>
        </w:trPr>
        <w:tc>
          <w:tcPr>
            <w:tcW w:w="2376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F831D" w14:textId="77777777" w:rsidR="00C627CF" w:rsidRDefault="009A311A">
            <w:r>
              <w:rPr>
                <w:b/>
              </w:rPr>
              <w:t>ДПИ</w:t>
            </w:r>
          </w:p>
        </w:tc>
        <w:tc>
          <w:tcPr>
            <w:tcW w:w="81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75B06C" w14:textId="77777777" w:rsidR="00C627CF" w:rsidRPr="009B6D2E" w:rsidRDefault="009A311A" w:rsidP="009B6D2E">
            <w:pPr>
              <w:ind w:right="691"/>
              <w:rPr>
                <w:lang w:val="ru-RU"/>
              </w:rPr>
            </w:pPr>
            <w:r w:rsidRPr="009B6D2E">
              <w:rPr>
                <w:lang w:val="ru-RU"/>
              </w:rPr>
              <w:t xml:space="preserve">Аппликация; лепка; керамика; </w:t>
            </w:r>
            <w:proofErr w:type="spellStart"/>
            <w:r w:rsidRPr="009B6D2E">
              <w:rPr>
                <w:lang w:val="ru-RU"/>
              </w:rPr>
              <w:t>бисероплетение</w:t>
            </w:r>
            <w:proofErr w:type="spellEnd"/>
            <w:r w:rsidRPr="009B6D2E">
              <w:rPr>
                <w:lang w:val="ru-RU"/>
              </w:rPr>
              <w:t xml:space="preserve">; вышивка; вязание; батик; роспись; </w:t>
            </w:r>
            <w:proofErr w:type="spellStart"/>
            <w:r w:rsidRPr="009B6D2E">
              <w:rPr>
                <w:lang w:val="ru-RU"/>
              </w:rPr>
              <w:t>б</w:t>
            </w:r>
            <w:r w:rsidRPr="009B6D2E">
              <w:rPr>
                <w:lang w:val="ru-RU"/>
              </w:rPr>
              <w:t>умагопластика</w:t>
            </w:r>
            <w:proofErr w:type="spellEnd"/>
            <w:r w:rsidRPr="009B6D2E">
              <w:rPr>
                <w:lang w:val="ru-RU"/>
              </w:rPr>
              <w:t>; оригами; квиллинг; макраме; текстиль; национальное ДПИ; авторская и смешанная техника.</w:t>
            </w:r>
          </w:p>
        </w:tc>
      </w:tr>
    </w:tbl>
    <w:p w14:paraId="3903CBA9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Если подходящей номинации нет, при регистрации можно выбрать пункт «Другая номинация» и указать точное название жанра.</w:t>
      </w:r>
    </w:p>
    <w:p w14:paraId="61A8D6F4" w14:textId="77777777" w:rsidR="00C627CF" w:rsidRDefault="009A311A">
      <w:pPr>
        <w:pStyle w:val="1"/>
      </w:pPr>
      <w:r>
        <w:t>5. ФОРМЫ УЧАСТИЯ И ОРГАНИЗАЦИОННЫЕ</w:t>
      </w:r>
      <w:r>
        <w:t xml:space="preserve"> ВЗНОСЫ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C627CF" w:rsidRPr="009B6D2E" w14:paraId="13D3BF30" w14:textId="77777777">
        <w:trPr>
          <w:tblHeader/>
          <w:jc w:val="center"/>
        </w:trPr>
        <w:tc>
          <w:tcPr>
            <w:tcW w:w="5184" w:type="dxa"/>
            <w:shd w:val="clear" w:color="auto" w:fill="C5005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4B3033" w14:textId="77777777" w:rsidR="00C627CF" w:rsidRDefault="009A311A">
            <w:pPr>
              <w:jc w:val="center"/>
            </w:pPr>
            <w:r>
              <w:rPr>
                <w:b/>
                <w:color w:val="FFFFFF"/>
              </w:rPr>
              <w:t>Форма участия</w:t>
            </w:r>
          </w:p>
        </w:tc>
        <w:tc>
          <w:tcPr>
            <w:tcW w:w="5184" w:type="dxa"/>
            <w:shd w:val="clear" w:color="auto" w:fill="C5005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84DB09" w14:textId="77777777" w:rsidR="00C627CF" w:rsidRPr="009B6D2E" w:rsidRDefault="009A311A">
            <w:pPr>
              <w:jc w:val="center"/>
              <w:rPr>
                <w:lang w:val="ru-RU"/>
              </w:rPr>
            </w:pPr>
            <w:r w:rsidRPr="009B6D2E">
              <w:rPr>
                <w:b/>
                <w:color w:val="FFFFFF"/>
                <w:lang w:val="ru-RU"/>
              </w:rPr>
              <w:t>Взнос за один конкурсный номер</w:t>
            </w:r>
          </w:p>
        </w:tc>
      </w:tr>
      <w:tr w:rsidR="00C627CF" w14:paraId="7569AE3C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5A62E3" w14:textId="77777777" w:rsidR="00C627CF" w:rsidRDefault="009A311A">
            <w:proofErr w:type="spellStart"/>
            <w:r>
              <w:rPr>
                <w:b/>
              </w:rPr>
              <w:t>Соло</w:t>
            </w:r>
            <w:proofErr w:type="spellEnd"/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907F1F" w14:textId="77777777" w:rsidR="00C627CF" w:rsidRDefault="009A311A">
            <w:r>
              <w:t>19 000 ₸</w:t>
            </w:r>
          </w:p>
        </w:tc>
      </w:tr>
      <w:tr w:rsidR="00C627CF" w14:paraId="119A7709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4E3C2A" w14:textId="77777777" w:rsidR="00C627CF" w:rsidRDefault="009A311A">
            <w:r>
              <w:rPr>
                <w:b/>
              </w:rPr>
              <w:t>Дуэт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670793" w14:textId="77777777" w:rsidR="00C627CF" w:rsidRDefault="009A311A">
            <w:r>
              <w:t>17 000 ₸ с каждого участника</w:t>
            </w:r>
          </w:p>
        </w:tc>
      </w:tr>
      <w:tr w:rsidR="00C627CF" w14:paraId="4CC8E61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D54592" w14:textId="77777777" w:rsidR="00C627CF" w:rsidRDefault="009A311A">
            <w:r>
              <w:rPr>
                <w:b/>
              </w:rPr>
              <w:t>Трио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DADFD0" w14:textId="77777777" w:rsidR="00C627CF" w:rsidRDefault="009A311A">
            <w:r>
              <w:t>15 000 ₸ с каждого участника</w:t>
            </w:r>
          </w:p>
        </w:tc>
      </w:tr>
      <w:tr w:rsidR="00C627CF" w14:paraId="3F0860BF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FA452" w14:textId="77777777" w:rsidR="00C627CF" w:rsidRDefault="009A311A">
            <w:r>
              <w:rPr>
                <w:b/>
              </w:rPr>
              <w:t>Квартет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BFBED3" w14:textId="77777777" w:rsidR="00C627CF" w:rsidRDefault="009A311A">
            <w:r>
              <w:t>13 000 ₸ с каждого участника</w:t>
            </w:r>
          </w:p>
        </w:tc>
      </w:tr>
      <w:tr w:rsidR="00C627CF" w14:paraId="40ABC390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744CCA" w14:textId="77777777" w:rsidR="00C627CF" w:rsidRDefault="009A311A">
            <w:r>
              <w:rPr>
                <w:b/>
              </w:rPr>
              <w:t>Группа от 5 до 19 участников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B2AD35" w14:textId="77777777" w:rsidR="00C627CF" w:rsidRDefault="009A311A">
            <w:r>
              <w:t>8 000 ₸ с каждого участника</w:t>
            </w:r>
          </w:p>
        </w:tc>
      </w:tr>
      <w:tr w:rsidR="00C627CF" w14:paraId="68FC2F1F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7A4827" w14:textId="77777777" w:rsidR="00C627CF" w:rsidRDefault="009A311A">
            <w:r>
              <w:rPr>
                <w:b/>
              </w:rPr>
              <w:t xml:space="preserve">Группа от 20 </w:t>
            </w:r>
            <w:r>
              <w:rPr>
                <w:b/>
              </w:rPr>
              <w:t>участников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2EB5AB" w14:textId="77777777" w:rsidR="00C627CF" w:rsidRDefault="009A311A">
            <w:r>
              <w:t>7 000 ₸ с каждого участника</w:t>
            </w:r>
          </w:p>
        </w:tc>
      </w:tr>
    </w:tbl>
    <w:p w14:paraId="2DA89579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Организационный взнос рассчитывается за участие в одном конкурсном номере.</w:t>
      </w:r>
    </w:p>
    <w:p w14:paraId="377B1B4C" w14:textId="77777777" w:rsidR="00C627CF" w:rsidRPr="009B6D2E" w:rsidRDefault="009A311A">
      <w:pPr>
        <w:pStyle w:val="21"/>
        <w:rPr>
          <w:lang w:val="ru-RU"/>
        </w:rPr>
      </w:pPr>
      <w:r w:rsidRPr="009B6D2E">
        <w:rPr>
          <w:lang w:val="ru-RU"/>
        </w:rPr>
        <w:t>Награждение по формам участия</w:t>
      </w:r>
    </w:p>
    <w:p w14:paraId="08D3125F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 xml:space="preserve">Каждый участник в категориях «Соло», «Дуэт», «Трио» и «Квартет» получает именной диплом, медаль и </w:t>
      </w:r>
      <w:r w:rsidRPr="009B6D2E">
        <w:rPr>
          <w:lang w:val="ru-RU"/>
        </w:rPr>
        <w:t>индивидуальный кубок. Каждый участник группы получает именной диплом и медаль; коллектив получает один общий кубок за каждый конкурсный номер.</w:t>
      </w:r>
    </w:p>
    <w:p w14:paraId="24747F3C" w14:textId="77777777" w:rsidR="00C627CF" w:rsidRDefault="009A311A">
      <w:pPr>
        <w:pStyle w:val="21"/>
      </w:pPr>
      <w:proofErr w:type="spellStart"/>
      <w:r>
        <w:lastRenderedPageBreak/>
        <w:t>Дополнительная</w:t>
      </w:r>
      <w:proofErr w:type="spellEnd"/>
      <w:r>
        <w:t xml:space="preserve"> </w:t>
      </w:r>
      <w:proofErr w:type="spellStart"/>
      <w:r>
        <w:t>наградная</w:t>
      </w:r>
      <w:proofErr w:type="spellEnd"/>
      <w:r>
        <w:t xml:space="preserve"> </w:t>
      </w:r>
      <w:proofErr w:type="spellStart"/>
      <w:r>
        <w:t>продукция</w:t>
      </w:r>
      <w:proofErr w:type="spellEnd"/>
    </w:p>
    <w:p w14:paraId="2441E788" w14:textId="77777777" w:rsidR="00C627CF" w:rsidRDefault="009A311A">
      <w:pPr>
        <w:pStyle w:val="a0"/>
      </w:pPr>
      <w:r>
        <w:t>Дубликат диплома — 1 000 ₸</w:t>
      </w:r>
    </w:p>
    <w:p w14:paraId="0F5C11DE" w14:textId="77777777" w:rsidR="00C627CF" w:rsidRDefault="009A311A">
      <w:pPr>
        <w:pStyle w:val="a0"/>
      </w:pPr>
      <w:r>
        <w:t>Эксклюзивный кубок — от 6 000 ₸</w:t>
      </w:r>
    </w:p>
    <w:p w14:paraId="5A2633BC" w14:textId="77777777" w:rsidR="00C627CF" w:rsidRDefault="009A311A">
      <w:pPr>
        <w:pStyle w:val="a0"/>
      </w:pPr>
      <w:r>
        <w:t>Медаль — 1 000 ₸</w:t>
      </w:r>
    </w:p>
    <w:p w14:paraId="069B9515" w14:textId="77777777" w:rsidR="00C627CF" w:rsidRDefault="009A311A">
      <w:pPr>
        <w:pStyle w:val="1"/>
      </w:pPr>
      <w:r>
        <w:t>6.</w:t>
      </w:r>
      <w:r>
        <w:t xml:space="preserve"> ИЗОБРАЗИТЕЛЬНОЕ И ДЕКОРАТИВНО-ПРИКЛАДНОЕ ИСКУССТВО</w:t>
      </w:r>
    </w:p>
    <w:p w14:paraId="19B2FBAE" w14:textId="77777777" w:rsidR="00C627CF" w:rsidRDefault="009A311A">
      <w:pPr>
        <w:pStyle w:val="21"/>
      </w:pPr>
      <w:r>
        <w:t>Очное участие</w:t>
      </w:r>
    </w:p>
    <w:p w14:paraId="026E0CC5" w14:textId="77777777" w:rsidR="00C627CF" w:rsidRDefault="009A311A">
      <w:r w:rsidRPr="009B6D2E">
        <w:rPr>
          <w:lang w:val="ru-RU"/>
        </w:rPr>
        <w:t xml:space="preserve">Участие проводится в формате соло. Конкурсная работа создаётся непосредственно во время конкурса. На выполнение предоставляется 2 часа. Организационный взнос — 15 000 ₸. Мольберты, </w:t>
      </w:r>
      <w:r w:rsidRPr="009B6D2E">
        <w:rPr>
          <w:lang w:val="ru-RU"/>
        </w:rPr>
        <w:t xml:space="preserve">материалы и принадлежности организаторами не предоставляются. Участник получает кубок, медаль и диплом. </w:t>
      </w:r>
      <w:proofErr w:type="spellStart"/>
      <w:r>
        <w:t>Награждение</w:t>
      </w:r>
      <w:proofErr w:type="spellEnd"/>
      <w:r>
        <w:t xml:space="preserve"> </w:t>
      </w:r>
      <w:proofErr w:type="spellStart"/>
      <w:r>
        <w:t>проводится</w:t>
      </w:r>
      <w:proofErr w:type="spellEnd"/>
      <w:r>
        <w:t xml:space="preserve"> в </w:t>
      </w:r>
      <w:proofErr w:type="spellStart"/>
      <w:r>
        <w:t>день</w:t>
      </w:r>
      <w:proofErr w:type="spellEnd"/>
      <w:r>
        <w:t xml:space="preserve"> конкурса согласно программе.</w:t>
      </w:r>
    </w:p>
    <w:p w14:paraId="52EC8AC7" w14:textId="77777777" w:rsidR="00C627CF" w:rsidRDefault="009A311A">
      <w:pPr>
        <w:pStyle w:val="21"/>
      </w:pPr>
      <w:r>
        <w:t>Онлайн: готовые работы</w:t>
      </w:r>
    </w:p>
    <w:p w14:paraId="5794CA63" w14:textId="77777777" w:rsidR="00C627CF" w:rsidRDefault="009A311A">
      <w:pPr>
        <w:pStyle w:val="a0"/>
      </w:pPr>
      <w:r>
        <w:t>1 работа — 13 000 ₸</w:t>
      </w:r>
    </w:p>
    <w:p w14:paraId="02251D7F" w14:textId="77777777" w:rsidR="00C627CF" w:rsidRDefault="009A311A">
      <w:pPr>
        <w:pStyle w:val="a0"/>
      </w:pPr>
      <w:r>
        <w:t>2–3 работы — 11 000 ₸ за каждую</w:t>
      </w:r>
    </w:p>
    <w:p w14:paraId="64E94955" w14:textId="77777777" w:rsidR="00C627CF" w:rsidRDefault="009A311A">
      <w:pPr>
        <w:pStyle w:val="a0"/>
      </w:pPr>
      <w:r>
        <w:t>4–6 работ — 10 000</w:t>
      </w:r>
      <w:r>
        <w:t xml:space="preserve"> ₸ за каждую</w:t>
      </w:r>
    </w:p>
    <w:p w14:paraId="64AF248F" w14:textId="77777777" w:rsidR="00C627CF" w:rsidRDefault="009A311A">
      <w:pPr>
        <w:pStyle w:val="a0"/>
      </w:pPr>
      <w:r>
        <w:t>от 7 работ — 9 000 ₸ за каждую</w:t>
      </w:r>
    </w:p>
    <w:p w14:paraId="2E1A7B42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Участие без кубка — 6 000 ₸ (именной диплом и медаль)</w:t>
      </w:r>
    </w:p>
    <w:p w14:paraId="48F76FBD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Тема свободная. Возраст — от 3 лет, включая взрослых. Работу можно принести лично или передать через педагога. При отсутствии участника награды передаются рук</w:t>
      </w:r>
      <w:r w:rsidRPr="009B6D2E">
        <w:rPr>
          <w:lang w:val="ru-RU"/>
        </w:rPr>
        <w:t>оводителю либо отправляются курьером за счёт участника.</w:t>
      </w:r>
    </w:p>
    <w:p w14:paraId="57867A8E" w14:textId="77777777" w:rsidR="00C627CF" w:rsidRDefault="009A311A">
      <w:pPr>
        <w:pStyle w:val="1"/>
      </w:pPr>
      <w:r>
        <w:t>7. ТЕХНИЧЕСКИЕ ТРЕБОВАНИЯ</w:t>
      </w:r>
    </w:p>
    <w:p w14:paraId="5D186BB5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Продолжительность конкурсного номера — от 2 до 5 минут.</w:t>
      </w:r>
    </w:p>
    <w:p w14:paraId="0CE8DB98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Общая продолжительность репетиции и технического прогона — до 10 минут.</w:t>
      </w:r>
    </w:p>
    <w:p w14:paraId="5C3D0BB7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 xml:space="preserve">На проверку каждого конкурсного номера </w:t>
      </w:r>
      <w:r w:rsidRPr="009B6D2E">
        <w:rPr>
          <w:lang w:val="ru-RU"/>
        </w:rPr>
        <w:t>предоставляется ориентировочно 1–2 минуты.</w:t>
      </w:r>
    </w:p>
    <w:p w14:paraId="2CF75FD8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Музыкальное сопровождение должно быть заранее подготовлено и предоставлено организаторам в установленный срок.</w:t>
      </w:r>
    </w:p>
    <w:p w14:paraId="2924BEAE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Ответственность за качество и исправность музыкального файла несёт участник или руководитель коллектив</w:t>
      </w:r>
      <w:r w:rsidRPr="009B6D2E">
        <w:rPr>
          <w:lang w:val="ru-RU"/>
        </w:rPr>
        <w:t>а.</w:t>
      </w:r>
    </w:p>
    <w:p w14:paraId="01B3F18E" w14:textId="77777777" w:rsidR="00C627CF" w:rsidRPr="009B6D2E" w:rsidRDefault="009A311A">
      <w:pPr>
        <w:pStyle w:val="1"/>
        <w:rPr>
          <w:lang w:val="ru-RU"/>
        </w:rPr>
      </w:pPr>
      <w:r w:rsidRPr="009B6D2E">
        <w:rPr>
          <w:lang w:val="ru-RU"/>
        </w:rPr>
        <w:t>8. СИСТЕМА ОЦЕНИВАНИЯ</w:t>
      </w:r>
    </w:p>
    <w:p w14:paraId="6F468DFA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Оценивание проводится без публичного выставления баллов. Результат определяется решением профессионального жюри по следующим критериям:</w:t>
      </w:r>
    </w:p>
    <w:p w14:paraId="00C1B546" w14:textId="77777777" w:rsidR="00C627CF" w:rsidRDefault="009A311A">
      <w:pPr>
        <w:pStyle w:val="a0"/>
      </w:pPr>
      <w:proofErr w:type="spellStart"/>
      <w:r>
        <w:t>уровень</w:t>
      </w:r>
      <w:proofErr w:type="spellEnd"/>
      <w:r>
        <w:t xml:space="preserve"> </w:t>
      </w:r>
      <w:proofErr w:type="spellStart"/>
      <w:r>
        <w:t>подготовки</w:t>
      </w:r>
      <w:proofErr w:type="spellEnd"/>
      <w:r>
        <w:t xml:space="preserve"> и </w:t>
      </w:r>
      <w:proofErr w:type="spellStart"/>
      <w:r>
        <w:t>сложность</w:t>
      </w:r>
      <w:proofErr w:type="spellEnd"/>
      <w:r>
        <w:t xml:space="preserve"> номера</w:t>
      </w:r>
    </w:p>
    <w:p w14:paraId="2253F5CE" w14:textId="77777777" w:rsidR="00C627CF" w:rsidRDefault="009A311A">
      <w:pPr>
        <w:pStyle w:val="a0"/>
      </w:pPr>
      <w:r>
        <w:t>техника исполнения</w:t>
      </w:r>
    </w:p>
    <w:p w14:paraId="0A099C3C" w14:textId="77777777" w:rsidR="00C627CF" w:rsidRDefault="009A311A">
      <w:pPr>
        <w:pStyle w:val="a0"/>
      </w:pPr>
      <w:r>
        <w:t>артистизм и музыкальность</w:t>
      </w:r>
    </w:p>
    <w:p w14:paraId="2DBB51D9" w14:textId="77777777" w:rsidR="00C627CF" w:rsidRDefault="009A311A">
      <w:pPr>
        <w:pStyle w:val="a0"/>
      </w:pPr>
      <w:r>
        <w:t xml:space="preserve">сценическая </w:t>
      </w:r>
      <w:r>
        <w:t>культура и раскрытие образа</w:t>
      </w:r>
    </w:p>
    <w:p w14:paraId="063FBBD4" w14:textId="77777777" w:rsidR="00C627CF" w:rsidRDefault="009A311A">
      <w:pPr>
        <w:pStyle w:val="a0"/>
      </w:pPr>
      <w:r>
        <w:t>оригинальность и целостность номера</w:t>
      </w:r>
    </w:p>
    <w:p w14:paraId="56156282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Возраст участника не является единственным определяющим критерием. В одном конкурсном блоке могут быть присуждены несколько званий «</w:t>
      </w:r>
      <w:proofErr w:type="gramStart"/>
      <w:r w:rsidRPr="009B6D2E">
        <w:rPr>
          <w:lang w:val="ru-RU"/>
        </w:rPr>
        <w:t>Супер Гран-при</w:t>
      </w:r>
      <w:proofErr w:type="gramEnd"/>
      <w:r w:rsidRPr="009B6D2E">
        <w:rPr>
          <w:lang w:val="ru-RU"/>
        </w:rPr>
        <w:t>», «Гран-при», а также несколько 1-х, 2-х и 3-</w:t>
      </w:r>
      <w:r w:rsidRPr="009B6D2E">
        <w:rPr>
          <w:lang w:val="ru-RU"/>
        </w:rPr>
        <w:t>х мест. Решение жюри является окончательным и пересмотру не подлежит.</w:t>
      </w:r>
    </w:p>
    <w:p w14:paraId="0D70F70D" w14:textId="77777777" w:rsidR="00C627CF" w:rsidRPr="009B6D2E" w:rsidRDefault="009A311A">
      <w:pPr>
        <w:pStyle w:val="1"/>
        <w:rPr>
          <w:lang w:val="ru-RU"/>
        </w:rPr>
      </w:pPr>
      <w:r w:rsidRPr="009B6D2E">
        <w:rPr>
          <w:lang w:val="ru-RU"/>
        </w:rPr>
        <w:t>9. НАГРАЖДЕНИЕ И ПРИЗОВОЙ ФОНД</w:t>
      </w:r>
    </w:p>
    <w:p w14:paraId="41C2530A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По итогам конкурса присуждаются: «</w:t>
      </w:r>
      <w:proofErr w:type="gramStart"/>
      <w:r w:rsidRPr="009B6D2E">
        <w:rPr>
          <w:lang w:val="ru-RU"/>
        </w:rPr>
        <w:t>Супер Гран-при</w:t>
      </w:r>
      <w:proofErr w:type="gramEnd"/>
      <w:r w:rsidRPr="009B6D2E">
        <w:rPr>
          <w:lang w:val="ru-RU"/>
        </w:rPr>
        <w:t>», «Гран-при», 1-е место, 2-е место и 3-е место.</w:t>
      </w:r>
    </w:p>
    <w:p w14:paraId="56F86BA4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lastRenderedPageBreak/>
        <w:t>Общий призовой фонд составляет 300 000 ₸ и предусмотрен дл</w:t>
      </w:r>
      <w:r w:rsidRPr="009B6D2E">
        <w:rPr>
          <w:lang w:val="ru-RU"/>
        </w:rPr>
        <w:t>я обладателей звания «</w:t>
      </w:r>
      <w:proofErr w:type="gramStart"/>
      <w:r w:rsidRPr="009B6D2E">
        <w:rPr>
          <w:lang w:val="ru-RU"/>
        </w:rPr>
        <w:t>Супер Гран-при</w:t>
      </w:r>
      <w:proofErr w:type="gramEnd"/>
      <w:r w:rsidRPr="009B6D2E">
        <w:rPr>
          <w:lang w:val="ru-RU"/>
        </w:rPr>
        <w:t>».</w:t>
      </w:r>
    </w:p>
    <w:p w14:paraId="13465796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Конкурс проводится в несколько блоков. Претенденты на денежное вознаграждение должны дождаться завершения всей программы.</w:t>
      </w:r>
    </w:p>
    <w:p w14:paraId="0C9AC347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Решение о присуждении, размере и распределении денежного приза принимается исключительно жюри п</w:t>
      </w:r>
      <w:r w:rsidRPr="009B6D2E">
        <w:rPr>
          <w:lang w:val="ru-RU"/>
        </w:rPr>
        <w:t>осле последнего блока.</w:t>
      </w:r>
    </w:p>
    <w:p w14:paraId="28422D99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При нескольких «</w:t>
      </w:r>
      <w:proofErr w:type="gramStart"/>
      <w:r w:rsidRPr="009B6D2E">
        <w:rPr>
          <w:lang w:val="ru-RU"/>
        </w:rPr>
        <w:t>Супер Гран-при</w:t>
      </w:r>
      <w:proofErr w:type="gramEnd"/>
      <w:r w:rsidRPr="009B6D2E">
        <w:rPr>
          <w:lang w:val="ru-RU"/>
        </w:rPr>
        <w:t>» жюри вправе разделить призовой фонд между их обладателями независимо от номинации, жанра, возраста и блока.</w:t>
      </w:r>
    </w:p>
    <w:p w14:paraId="0DDBFFE8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Звание «</w:t>
      </w:r>
      <w:proofErr w:type="gramStart"/>
      <w:r w:rsidRPr="009B6D2E">
        <w:rPr>
          <w:lang w:val="ru-RU"/>
        </w:rPr>
        <w:t>Супер Гран-при</w:t>
      </w:r>
      <w:proofErr w:type="gramEnd"/>
      <w:r w:rsidRPr="009B6D2E">
        <w:rPr>
          <w:lang w:val="ru-RU"/>
        </w:rPr>
        <w:t>» не гарантирует получение денежного вознаграждения.</w:t>
      </w:r>
    </w:p>
    <w:p w14:paraId="4BF51909" w14:textId="0A95DF1A" w:rsidR="00C627CF" w:rsidRDefault="009A311A">
      <w:pPr>
        <w:pStyle w:val="a0"/>
        <w:rPr>
          <w:lang w:val="ru-RU"/>
        </w:rPr>
      </w:pPr>
      <w:r w:rsidRPr="009B6D2E">
        <w:rPr>
          <w:lang w:val="ru-RU"/>
        </w:rPr>
        <w:t xml:space="preserve">Вопрос о призовом </w:t>
      </w:r>
      <w:r w:rsidRPr="009B6D2E">
        <w:rPr>
          <w:lang w:val="ru-RU"/>
        </w:rPr>
        <w:t>фонде рассматривается жюри только при участии более 40 конкурсных номеров.</w:t>
      </w:r>
    </w:p>
    <w:p w14:paraId="329C9960" w14:textId="72D4896A" w:rsidR="009B6D2E" w:rsidRPr="009B6D2E" w:rsidRDefault="009B6D2E" w:rsidP="009B6D2E">
      <w:pPr>
        <w:pStyle w:val="a0"/>
        <w:numPr>
          <w:ilvl w:val="0"/>
          <w:numId w:val="0"/>
        </w:numPr>
        <w:ind w:left="360"/>
        <w:rPr>
          <w:lang w:val="ru-RU"/>
        </w:rPr>
      </w:pPr>
      <w:r>
        <w:rPr>
          <w:lang w:val="ru-RU"/>
        </w:rPr>
        <w:t>Не включая соло</w:t>
      </w:r>
    </w:p>
    <w:p w14:paraId="14CE3920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Решение жюри окончательное; организаторы на него не влияют.</w:t>
      </w:r>
    </w:p>
    <w:p w14:paraId="467245B5" w14:textId="77777777" w:rsidR="00C627CF" w:rsidRDefault="009A311A">
      <w:pPr>
        <w:pStyle w:val="1"/>
      </w:pPr>
      <w:r>
        <w:t>10. ВХОД ДЛЯ ЗРИТЕЛЕЙ</w:t>
      </w:r>
    </w:p>
    <w:p w14:paraId="28E91CBA" w14:textId="77777777" w:rsidR="00C627CF" w:rsidRDefault="009A311A">
      <w:pPr>
        <w:pStyle w:val="a0"/>
      </w:pPr>
      <w:r>
        <w:t>В день конкурса — 2 500 ₸</w:t>
      </w:r>
    </w:p>
    <w:p w14:paraId="11FFDB99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При предварительной оплате до 20 октября — 2 000 ₸</w:t>
      </w:r>
    </w:p>
    <w:p w14:paraId="1F982FC3" w14:textId="77777777" w:rsidR="00C627CF" w:rsidRDefault="009A311A">
      <w:pPr>
        <w:pStyle w:val="a0"/>
      </w:pPr>
      <w:proofErr w:type="spellStart"/>
      <w:r>
        <w:t>Вход</w:t>
      </w:r>
      <w:proofErr w:type="spellEnd"/>
      <w:r>
        <w:t xml:space="preserve"> </w:t>
      </w:r>
      <w:proofErr w:type="spellStart"/>
      <w:r>
        <w:t>осуществляется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специальному</w:t>
      </w:r>
      <w:proofErr w:type="spellEnd"/>
      <w:r>
        <w:t xml:space="preserve"> браслету</w:t>
      </w:r>
    </w:p>
    <w:p w14:paraId="2C6D01A4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Дети до 7 лет — бесплатно при наличии подтверждающего документа</w:t>
      </w:r>
    </w:p>
    <w:p w14:paraId="6CE4B416" w14:textId="77777777" w:rsidR="00C627CF" w:rsidRDefault="009A311A">
      <w:pPr>
        <w:pStyle w:val="a0"/>
      </w:pPr>
      <w:proofErr w:type="spellStart"/>
      <w:r>
        <w:t>Участники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— </w:t>
      </w:r>
      <w:proofErr w:type="spellStart"/>
      <w:r>
        <w:t>бесплатно</w:t>
      </w:r>
      <w:proofErr w:type="spellEnd"/>
    </w:p>
    <w:p w14:paraId="1CDDA316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Педагоги и руководители — бесплатно по бейджам</w:t>
      </w:r>
    </w:p>
    <w:p w14:paraId="7DC63677" w14:textId="77777777" w:rsidR="00C627CF" w:rsidRDefault="009A311A">
      <w:pPr>
        <w:pStyle w:val="1"/>
      </w:pPr>
      <w:r>
        <w:t>11. РУКОВОДИТЕЛИ И ПЕДАГОГИ</w:t>
      </w:r>
    </w:p>
    <w:p w14:paraId="38246B44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до двух благодарностей от организатора на коллектив</w:t>
      </w:r>
    </w:p>
    <w:p w14:paraId="6833E93E" w14:textId="77777777" w:rsidR="00C627CF" w:rsidRDefault="009A311A">
      <w:pPr>
        <w:pStyle w:val="a0"/>
      </w:pPr>
      <w:proofErr w:type="spellStart"/>
      <w:r>
        <w:t>одно</w:t>
      </w:r>
      <w:proofErr w:type="spellEnd"/>
      <w:r>
        <w:t xml:space="preserve"> </w:t>
      </w:r>
      <w:proofErr w:type="spellStart"/>
      <w:r>
        <w:t>благодарственное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коллектив</w:t>
      </w:r>
    </w:p>
    <w:p w14:paraId="2A87CBB0" w14:textId="77777777" w:rsidR="00C627CF" w:rsidRDefault="009A311A">
      <w:pPr>
        <w:pStyle w:val="a0"/>
      </w:pPr>
      <w:r>
        <w:t>бесплатный вход по бейджу руководителя</w:t>
      </w:r>
    </w:p>
    <w:p w14:paraId="369DE273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специальная мотивационная программа — подробности уточняйте у организаторов</w:t>
      </w:r>
    </w:p>
    <w:p w14:paraId="62052281" w14:textId="77777777" w:rsidR="00C627CF" w:rsidRDefault="009A311A">
      <w:pPr>
        <w:pStyle w:val="1"/>
      </w:pPr>
      <w:r>
        <w:t>12. ПРАВИЛА УЧАСТИЯ</w:t>
      </w:r>
    </w:p>
    <w:p w14:paraId="7A0988B3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Участники самостоятельно отвечают за здоровье, личные вещи, костюмы, реквизит и имущ</w:t>
      </w:r>
      <w:r w:rsidRPr="009B6D2E">
        <w:rPr>
          <w:lang w:val="ru-RU"/>
        </w:rPr>
        <w:t>ество.</w:t>
      </w:r>
    </w:p>
    <w:p w14:paraId="5ACE3310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Во время конкурса необходимо соблюдать порядок, дисциплину и требования организаторов.</w:t>
      </w:r>
    </w:p>
    <w:p w14:paraId="3389C65A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Запрещены оскорбления и некорректное поведение в адрес оргкомитета, жюри, участников и гостей.</w:t>
      </w:r>
    </w:p>
    <w:p w14:paraId="478B46DB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 xml:space="preserve">При грубом нарушении правил организаторы вправе дисквалифицировать </w:t>
      </w:r>
      <w:r w:rsidRPr="009B6D2E">
        <w:rPr>
          <w:lang w:val="ru-RU"/>
        </w:rPr>
        <w:t>участника или коллектив без возврата взноса.</w:t>
      </w:r>
    </w:p>
    <w:p w14:paraId="452A296F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Ответственность за детей несут родители, сопровождающие лица и руководители.</w:t>
      </w:r>
    </w:p>
    <w:p w14:paraId="7D84540C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Подавая заявку, участник, родитель или законный представитель подтверждает согласие с настоящим Положением, обработкой необходимых пер</w:t>
      </w:r>
      <w:r w:rsidRPr="009B6D2E">
        <w:rPr>
          <w:lang w:val="ru-RU"/>
        </w:rPr>
        <w:t>сональных данных, проведением фото- и видеосъёмки и размещением материалов на информационных ресурсах организатора.</w:t>
      </w:r>
    </w:p>
    <w:p w14:paraId="5899508F" w14:textId="77777777" w:rsidR="00C627CF" w:rsidRPr="009B6D2E" w:rsidRDefault="009A311A">
      <w:pPr>
        <w:pStyle w:val="1"/>
        <w:rPr>
          <w:lang w:val="ru-RU"/>
        </w:rPr>
      </w:pPr>
      <w:r w:rsidRPr="009B6D2E">
        <w:rPr>
          <w:lang w:val="ru-RU"/>
        </w:rPr>
        <w:t>13. ОПЛАТА, ВОЗВРАТ И ПЕРЕНОС</w:t>
      </w:r>
    </w:p>
    <w:p w14:paraId="0CB47610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 xml:space="preserve">Оплата производится безналичным способом через </w:t>
      </w:r>
      <w:proofErr w:type="spellStart"/>
      <w:r>
        <w:t>Kaspi</w:t>
      </w:r>
      <w:proofErr w:type="spellEnd"/>
      <w:r w:rsidRPr="009B6D2E">
        <w:rPr>
          <w:lang w:val="ru-RU"/>
        </w:rPr>
        <w:t xml:space="preserve">. Все организационные взносы направляются на аренду </w:t>
      </w:r>
      <w:r w:rsidRPr="009B6D2E">
        <w:rPr>
          <w:lang w:val="ru-RU"/>
        </w:rPr>
        <w:t>площадки, изготовление наградной продукции, техническое и художественное оформление, организационные расходы и информационную кампанию.</w:t>
      </w:r>
    </w:p>
    <w:p w14:paraId="0221FDD0" w14:textId="77777777" w:rsidR="00C627CF" w:rsidRPr="009B6D2E" w:rsidRDefault="009A311A">
      <w:pPr>
        <w:rPr>
          <w:lang w:val="ru-RU"/>
        </w:rPr>
      </w:pPr>
      <w:r w:rsidRPr="009B6D2E">
        <w:rPr>
          <w:b/>
          <w:lang w:val="ru-RU"/>
        </w:rPr>
        <w:t>Уплаченные организационные взносы возврату не подлежат.</w:t>
      </w:r>
    </w:p>
    <w:p w14:paraId="6D12B84D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При предварительном уведомлении сумма может быть однократно пере</w:t>
      </w:r>
      <w:r w:rsidRPr="009B6D2E">
        <w:rPr>
          <w:lang w:val="ru-RU"/>
        </w:rPr>
        <w:t xml:space="preserve">несена на следующий конкурс </w:t>
      </w:r>
      <w:r>
        <w:t>Beauty</w:t>
      </w:r>
      <w:r w:rsidRPr="009B6D2E">
        <w:rPr>
          <w:lang w:val="ru-RU"/>
        </w:rPr>
        <w:t xml:space="preserve"> </w:t>
      </w:r>
      <w:r>
        <w:t>Made</w:t>
      </w:r>
      <w:r w:rsidRPr="009B6D2E">
        <w:rPr>
          <w:lang w:val="ru-RU"/>
        </w:rPr>
        <w:t xml:space="preserve"> </w:t>
      </w:r>
      <w:proofErr w:type="spellStart"/>
      <w:r>
        <w:t>Borodina</w:t>
      </w:r>
      <w:proofErr w:type="spellEnd"/>
      <w:r w:rsidRPr="009B6D2E">
        <w:rPr>
          <w:lang w:val="ru-RU"/>
        </w:rPr>
        <w:t>.</w:t>
      </w:r>
    </w:p>
    <w:p w14:paraId="02355478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Перенос возможен только на того же участника или тот же коллектив.</w:t>
      </w:r>
    </w:p>
    <w:p w14:paraId="52F638C3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lastRenderedPageBreak/>
        <w:t>Перенос нельзя передать третьему лицу или обменять на деньги.</w:t>
      </w:r>
    </w:p>
    <w:p w14:paraId="4AEC8162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При неявке без предварительного уведомления взнос не возвращается и не перено</w:t>
      </w:r>
      <w:r w:rsidRPr="009B6D2E">
        <w:rPr>
          <w:lang w:val="ru-RU"/>
        </w:rPr>
        <w:t>сится.</w:t>
      </w:r>
    </w:p>
    <w:p w14:paraId="6E2C76B3" w14:textId="77777777" w:rsidR="00C627CF" w:rsidRPr="009B6D2E" w:rsidRDefault="009A311A">
      <w:pPr>
        <w:pStyle w:val="a0"/>
        <w:rPr>
          <w:lang w:val="ru-RU"/>
        </w:rPr>
      </w:pPr>
      <w:r w:rsidRPr="009B6D2E">
        <w:rPr>
          <w:lang w:val="ru-RU"/>
        </w:rPr>
        <w:t>В исключительных документально подтверждённых обстоятельствах решение принимается организаторами индивидуально.</w:t>
      </w:r>
    </w:p>
    <w:p w14:paraId="3AD292A9" w14:textId="77777777" w:rsidR="00C627CF" w:rsidRPr="009B6D2E" w:rsidRDefault="009A311A">
      <w:pPr>
        <w:pStyle w:val="1"/>
        <w:rPr>
          <w:lang w:val="ru-RU"/>
        </w:rPr>
      </w:pPr>
      <w:r w:rsidRPr="009B6D2E">
        <w:rPr>
          <w:lang w:val="ru-RU"/>
        </w:rPr>
        <w:t>14. ЗАКЛЮЧИТЕЛЬНЫЕ ПОЛОЖЕНИЯ</w:t>
      </w:r>
    </w:p>
    <w:p w14:paraId="3B512AF2" w14:textId="77777777" w:rsidR="00C627CF" w:rsidRPr="009B6D2E" w:rsidRDefault="009A311A">
      <w:pPr>
        <w:rPr>
          <w:lang w:val="ru-RU"/>
        </w:rPr>
      </w:pPr>
      <w:r w:rsidRPr="009B6D2E">
        <w:rPr>
          <w:lang w:val="ru-RU"/>
        </w:rPr>
        <w:t>Организаторы вправе вносить изменения в настоящее Положение, программу, время, дату или место проведения при</w:t>
      </w:r>
      <w:r w:rsidRPr="009B6D2E">
        <w:rPr>
          <w:lang w:val="ru-RU"/>
        </w:rPr>
        <w:t xml:space="preserve"> организационной необходимости либо обстоятельствах, не зависящих от организаторов. Участники уведомляются через контактные данные, указанные при регистрации. Факт подачи заявки означает ознакомление и полное согласие со всеми условиями конкурса.</w:t>
      </w:r>
    </w:p>
    <w:p w14:paraId="33E95FAE" w14:textId="77777777" w:rsidR="00C627CF" w:rsidRDefault="009A311A">
      <w:pPr>
        <w:pStyle w:val="1"/>
      </w:pPr>
      <w:r>
        <w:t>15. КОНТА</w:t>
      </w:r>
      <w:r>
        <w:t>КТЫ ОРГКОМИТЕТА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8352"/>
      </w:tblGrid>
      <w:tr w:rsidR="00C627CF" w14:paraId="2151922B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0860EB" w14:textId="77777777" w:rsidR="00C627CF" w:rsidRDefault="009A311A">
            <w:r>
              <w:rPr>
                <w:b/>
                <w:color w:val="003B73"/>
              </w:rPr>
              <w:t>Организатор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7ACE85" w14:textId="77777777" w:rsidR="00C627CF" w:rsidRDefault="009A311A">
            <w:r>
              <w:t>Бородина Ирина Юрьевна</w:t>
            </w:r>
          </w:p>
        </w:tc>
      </w:tr>
      <w:tr w:rsidR="00C627CF" w14:paraId="6B9A71F0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614AE5" w14:textId="77777777" w:rsidR="00C627CF" w:rsidRDefault="009A311A">
            <w:r>
              <w:rPr>
                <w:b/>
                <w:color w:val="003B73"/>
              </w:rPr>
              <w:t>Администратор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313C7" w14:textId="77777777" w:rsidR="00C627CF" w:rsidRDefault="009A311A">
            <w:r>
              <w:t>Бородина Марина Валерьевна</w:t>
            </w:r>
          </w:p>
        </w:tc>
      </w:tr>
      <w:tr w:rsidR="00C627CF" w14:paraId="5B1EC14F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1EA51" w14:textId="77777777" w:rsidR="00C627CF" w:rsidRDefault="009A311A">
            <w:r>
              <w:rPr>
                <w:b/>
                <w:color w:val="003B73"/>
              </w:rPr>
              <w:t>WhatsApp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6EF15" w14:textId="77777777" w:rsidR="00C627CF" w:rsidRDefault="009A311A">
            <w:r>
              <w:t>+7 705 985 42 85</w:t>
            </w:r>
          </w:p>
        </w:tc>
      </w:tr>
      <w:tr w:rsidR="00C627CF" w14:paraId="57D95982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EAD4E2" w14:textId="77777777" w:rsidR="00C627CF" w:rsidRDefault="009A311A">
            <w:r>
              <w:rPr>
                <w:b/>
                <w:color w:val="003B73"/>
              </w:rPr>
              <w:t>Доп. контакт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F5AC21" w14:textId="77777777" w:rsidR="00C627CF" w:rsidRDefault="009A311A">
            <w:r>
              <w:t>+7 747 259 56 19</w:t>
            </w:r>
          </w:p>
        </w:tc>
      </w:tr>
      <w:tr w:rsidR="00C627CF" w14:paraId="7B9F3297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4BC32B" w14:textId="77777777" w:rsidR="00C627CF" w:rsidRDefault="009A311A">
            <w:r>
              <w:rPr>
                <w:b/>
                <w:color w:val="003B73"/>
              </w:rPr>
              <w:t>E-mail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B1487" w14:textId="77777777" w:rsidR="00C627CF" w:rsidRDefault="009A311A">
            <w:r>
              <w:t>beauty_made_borodina@mail.ru</w:t>
            </w:r>
          </w:p>
        </w:tc>
      </w:tr>
      <w:tr w:rsidR="00C627CF" w14:paraId="02AF5046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64C9DC" w14:textId="77777777" w:rsidR="00C627CF" w:rsidRDefault="009A311A">
            <w:r>
              <w:rPr>
                <w:b/>
                <w:color w:val="003B73"/>
              </w:rPr>
              <w:t>Сайт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A0D244" w14:textId="77777777" w:rsidR="00C627CF" w:rsidRDefault="009A311A">
            <w:r>
              <w:t>https://beauty-made.artpro.art/</w:t>
            </w:r>
          </w:p>
        </w:tc>
      </w:tr>
      <w:tr w:rsidR="00C627CF" w14:paraId="5439B5C2" w14:textId="77777777">
        <w:trPr>
          <w:jc w:val="center"/>
        </w:trPr>
        <w:tc>
          <w:tcPr>
            <w:tcW w:w="2304" w:type="dxa"/>
            <w:shd w:val="clear" w:color="auto" w:fill="EAF4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A7518B" w14:textId="77777777" w:rsidR="00C627CF" w:rsidRDefault="009A311A">
            <w:r>
              <w:rPr>
                <w:b/>
                <w:color w:val="003B73"/>
              </w:rPr>
              <w:t>Instagram</w:t>
            </w:r>
          </w:p>
        </w:tc>
        <w:tc>
          <w:tcPr>
            <w:tcW w:w="83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FF93F" w14:textId="77777777" w:rsidR="00C627CF" w:rsidRDefault="009A311A">
            <w:r>
              <w:t>@beauty_made_borodina</w:t>
            </w:r>
          </w:p>
        </w:tc>
      </w:tr>
    </w:tbl>
    <w:p w14:paraId="44FEC571" w14:textId="77777777" w:rsidR="00C627CF" w:rsidRPr="009B6D2E" w:rsidRDefault="009A311A">
      <w:pPr>
        <w:jc w:val="center"/>
        <w:rPr>
          <w:lang w:val="ru-RU"/>
        </w:rPr>
      </w:pPr>
      <w:r w:rsidRPr="009B6D2E">
        <w:rPr>
          <w:b/>
          <w:color w:val="C5005A"/>
          <w:sz w:val="24"/>
          <w:lang w:val="ru-RU"/>
        </w:rPr>
        <w:t>ЖДЁМ ВАС НА 101-М КОНКУРСЕ!</w:t>
      </w:r>
      <w:r w:rsidRPr="009B6D2E">
        <w:rPr>
          <w:b/>
          <w:color w:val="C5005A"/>
          <w:sz w:val="24"/>
          <w:lang w:val="ru-RU"/>
        </w:rPr>
        <w:br/>
      </w:r>
      <w:r>
        <w:rPr>
          <w:b/>
          <w:color w:val="C5005A"/>
          <w:sz w:val="24"/>
        </w:rPr>
        <w:t>Beauty</w:t>
      </w:r>
      <w:r w:rsidRPr="009B6D2E">
        <w:rPr>
          <w:b/>
          <w:color w:val="C5005A"/>
          <w:sz w:val="24"/>
          <w:lang w:val="ru-RU"/>
        </w:rPr>
        <w:t xml:space="preserve"> </w:t>
      </w:r>
      <w:r>
        <w:rPr>
          <w:b/>
          <w:color w:val="C5005A"/>
          <w:sz w:val="24"/>
        </w:rPr>
        <w:t>Made</w:t>
      </w:r>
      <w:r w:rsidRPr="009B6D2E">
        <w:rPr>
          <w:b/>
          <w:color w:val="C5005A"/>
          <w:sz w:val="24"/>
          <w:lang w:val="ru-RU"/>
        </w:rPr>
        <w:t xml:space="preserve"> </w:t>
      </w:r>
      <w:proofErr w:type="spellStart"/>
      <w:r>
        <w:rPr>
          <w:b/>
          <w:color w:val="C5005A"/>
          <w:sz w:val="24"/>
        </w:rPr>
        <w:t>Borodina</w:t>
      </w:r>
      <w:proofErr w:type="spellEnd"/>
      <w:r w:rsidRPr="009B6D2E">
        <w:rPr>
          <w:b/>
          <w:color w:val="C5005A"/>
          <w:sz w:val="24"/>
          <w:lang w:val="ru-RU"/>
        </w:rPr>
        <w:t xml:space="preserve"> </w:t>
      </w:r>
      <w:r>
        <w:rPr>
          <w:b/>
          <w:color w:val="C5005A"/>
          <w:sz w:val="24"/>
        </w:rPr>
        <w:t>Dance</w:t>
      </w:r>
      <w:r w:rsidRPr="009B6D2E">
        <w:rPr>
          <w:b/>
          <w:color w:val="C5005A"/>
          <w:sz w:val="24"/>
          <w:lang w:val="ru-RU"/>
        </w:rPr>
        <w:t xml:space="preserve"> </w:t>
      </w:r>
      <w:r>
        <w:rPr>
          <w:b/>
          <w:color w:val="C5005A"/>
          <w:sz w:val="24"/>
        </w:rPr>
        <w:t>Competition</w:t>
      </w:r>
      <w:r w:rsidRPr="009B6D2E">
        <w:rPr>
          <w:b/>
          <w:color w:val="C5005A"/>
          <w:sz w:val="24"/>
          <w:lang w:val="ru-RU"/>
        </w:rPr>
        <w:t xml:space="preserve"> — место, где талант получает заслуженную награду!</w:t>
      </w:r>
    </w:p>
    <w:sectPr w:rsidR="00C627CF" w:rsidRPr="009B6D2E" w:rsidSect="00034616">
      <w:footerReference w:type="default" r:id="rId10"/>
      <w:pgSz w:w="12240" w:h="15840"/>
      <w:pgMar w:top="792" w:right="936" w:bottom="792" w:left="936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46F51" w14:textId="77777777" w:rsidR="009A311A" w:rsidRDefault="009A311A">
      <w:pPr>
        <w:spacing w:after="0" w:line="240" w:lineRule="auto"/>
      </w:pPr>
      <w:r>
        <w:separator/>
      </w:r>
    </w:p>
  </w:endnote>
  <w:endnote w:type="continuationSeparator" w:id="0">
    <w:p w14:paraId="7EFAB957" w14:textId="77777777" w:rsidR="009A311A" w:rsidRDefault="009A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84F3" w14:textId="77777777" w:rsidR="00C627CF" w:rsidRDefault="009A311A">
    <w:pPr>
      <w:pStyle w:val="a7"/>
      <w:jc w:val="center"/>
    </w:pPr>
    <w:r>
      <w:rPr>
        <w:color w:val="667085"/>
        <w:sz w:val="16"/>
      </w:rPr>
      <w:t>Beauty Made Borodina Dance Competition  •  25 октября 2026  •  Алматы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AB3A" w14:textId="77777777" w:rsidR="009A311A" w:rsidRDefault="009A311A">
      <w:pPr>
        <w:spacing w:after="0" w:line="240" w:lineRule="auto"/>
      </w:pPr>
      <w:r>
        <w:separator/>
      </w:r>
    </w:p>
  </w:footnote>
  <w:footnote w:type="continuationSeparator" w:id="0">
    <w:p w14:paraId="715799BE" w14:textId="77777777" w:rsidR="009A311A" w:rsidRDefault="009A3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A311A"/>
    <w:rsid w:val="009B6D2E"/>
    <w:rsid w:val="00AA1D8D"/>
    <w:rsid w:val="00B47730"/>
    <w:rsid w:val="00C627C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A19379"/>
  <w14:defaultImageDpi w14:val="300"/>
  <w15:docId w15:val="{02F3FA9A-2371-4B9E-A8CB-E51BDB02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69" w:lineRule="auto"/>
    </w:pPr>
    <w:rPr>
      <w:rFonts w:ascii="Arial" w:hAnsi="Arial"/>
      <w:color w:val="20243A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3B73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C5005A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003B73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C5005A"/>
      <w:spacing w:val="5"/>
      <w:kern w:val="28"/>
      <w:sz w:val="4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101-го конкурса Beauty Made Borodina — Алматы, 25 октября 2026</dc:title>
  <dc:subject>Международный многожанровый конкурс</dc:subject>
  <dc:creator>Beauty Made Borodina</dc:creator>
  <cp:keywords/>
  <dc:description>generated by python-docx</dc:description>
  <cp:lastModifiedBy>Пользователь</cp:lastModifiedBy>
  <cp:revision>3</cp:revision>
  <dcterms:created xsi:type="dcterms:W3CDTF">2013-12-23T23:15:00Z</dcterms:created>
  <dcterms:modified xsi:type="dcterms:W3CDTF">2026-08-24T09:10:00Z</dcterms:modified>
  <cp:category/>
</cp:coreProperties>
</file>